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BC1518" w14:textId="7DF0BC6D" w:rsidR="00891675" w:rsidRPr="00A767FD" w:rsidRDefault="00B85F9A" w:rsidP="007E07F7">
      <w:pPr>
        <w:ind w:right="48"/>
        <w:rPr>
          <w:rFonts w:ascii="Arial" w:hAnsi="Arial" w:cs="Arial"/>
          <w:b/>
          <w:bCs/>
          <w:sz w:val="28"/>
          <w:szCs w:val="28"/>
        </w:rPr>
      </w:pPr>
      <w:r w:rsidRPr="00A767FD">
        <w:rPr>
          <w:rFonts w:ascii="Arial" w:hAnsi="Arial" w:cs="Arial"/>
          <w:b/>
          <w:bCs/>
          <w:sz w:val="28"/>
          <w:szCs w:val="28"/>
        </w:rPr>
        <w:t xml:space="preserve">Heiße </w:t>
      </w:r>
      <w:r w:rsidR="00891675" w:rsidRPr="00A767FD">
        <w:rPr>
          <w:rFonts w:ascii="Arial" w:hAnsi="Arial" w:cs="Arial"/>
          <w:b/>
          <w:bCs/>
          <w:sz w:val="28"/>
          <w:szCs w:val="28"/>
        </w:rPr>
        <w:t>Zei</w:t>
      </w:r>
      <w:r w:rsidRPr="00A767FD">
        <w:rPr>
          <w:rFonts w:ascii="Arial" w:hAnsi="Arial" w:cs="Arial"/>
          <w:b/>
          <w:bCs/>
          <w:sz w:val="28"/>
          <w:szCs w:val="28"/>
        </w:rPr>
        <w:t>t</w:t>
      </w:r>
      <w:r w:rsidR="00891675" w:rsidRPr="00A767FD">
        <w:rPr>
          <w:rFonts w:ascii="Arial" w:hAnsi="Arial" w:cs="Arial"/>
          <w:b/>
          <w:bCs/>
          <w:sz w:val="28"/>
          <w:szCs w:val="28"/>
        </w:rPr>
        <w:t>en</w:t>
      </w:r>
      <w:r w:rsidRPr="00A767FD">
        <w:rPr>
          <w:rFonts w:ascii="Arial" w:hAnsi="Arial" w:cs="Arial"/>
          <w:b/>
          <w:bCs/>
          <w:sz w:val="28"/>
          <w:szCs w:val="28"/>
        </w:rPr>
        <w:t>, dystopische Zeilen</w:t>
      </w:r>
      <w:r w:rsidR="00A3549D" w:rsidRPr="00A767FD">
        <w:rPr>
          <w:rFonts w:ascii="Arial" w:hAnsi="Arial" w:cs="Arial"/>
          <w:b/>
          <w:bCs/>
          <w:sz w:val="28"/>
          <w:szCs w:val="28"/>
        </w:rPr>
        <w:t>:</w:t>
      </w:r>
      <w:r w:rsidR="00891675" w:rsidRPr="00A767FD">
        <w:rPr>
          <w:rFonts w:ascii="Arial" w:hAnsi="Arial" w:cs="Arial"/>
          <w:b/>
          <w:bCs/>
          <w:sz w:val="28"/>
          <w:szCs w:val="28"/>
        </w:rPr>
        <w:t xml:space="preserve"> Wie </w:t>
      </w:r>
      <w:r w:rsidR="00D24D38" w:rsidRPr="00A767FD">
        <w:rPr>
          <w:rFonts w:ascii="Arial" w:hAnsi="Arial" w:cs="Arial"/>
          <w:b/>
          <w:bCs/>
          <w:sz w:val="28"/>
          <w:szCs w:val="28"/>
        </w:rPr>
        <w:t xml:space="preserve">wir uns </w:t>
      </w:r>
      <w:r w:rsidR="00891675" w:rsidRPr="00A767FD">
        <w:rPr>
          <w:rFonts w:ascii="Arial" w:hAnsi="Arial" w:cs="Arial"/>
          <w:b/>
          <w:bCs/>
          <w:sz w:val="28"/>
          <w:szCs w:val="28"/>
        </w:rPr>
        <w:t>die Klima</w:t>
      </w:r>
      <w:r w:rsidR="00A767FD">
        <w:rPr>
          <w:rFonts w:ascii="Arial" w:hAnsi="Arial" w:cs="Arial"/>
          <w:b/>
          <w:bCs/>
          <w:sz w:val="28"/>
          <w:szCs w:val="28"/>
        </w:rPr>
        <w:t>z</w:t>
      </w:r>
      <w:r w:rsidR="00891675" w:rsidRPr="00A767FD">
        <w:rPr>
          <w:rFonts w:ascii="Arial" w:hAnsi="Arial" w:cs="Arial"/>
          <w:b/>
          <w:bCs/>
          <w:sz w:val="28"/>
          <w:szCs w:val="28"/>
        </w:rPr>
        <w:t>ukunft vorstellen</w:t>
      </w:r>
    </w:p>
    <w:p w14:paraId="1B81E9C0" w14:textId="4695AB88" w:rsidR="00891675" w:rsidRPr="00A767FD" w:rsidRDefault="005C5C32" w:rsidP="007E07F7">
      <w:pPr>
        <w:ind w:right="48"/>
        <w:rPr>
          <w:rFonts w:ascii="Arial" w:hAnsi="Arial" w:cs="Arial"/>
          <w:b/>
          <w:bCs/>
          <w:sz w:val="22"/>
        </w:rPr>
      </w:pPr>
      <w:r w:rsidRPr="00A767FD">
        <w:rPr>
          <w:rFonts w:ascii="Arial" w:hAnsi="Arial" w:cs="Arial"/>
          <w:b/>
          <w:bCs/>
          <w:sz w:val="22"/>
        </w:rPr>
        <w:t>Ein internationales Forscherteam</w:t>
      </w:r>
      <w:r w:rsidR="00891675" w:rsidRPr="00A767FD">
        <w:rPr>
          <w:rFonts w:ascii="Arial" w:hAnsi="Arial" w:cs="Arial"/>
          <w:b/>
          <w:bCs/>
          <w:sz w:val="22"/>
        </w:rPr>
        <w:t xml:space="preserve"> verschiedener Disziplinen analysier</w:t>
      </w:r>
      <w:r w:rsidRPr="00A767FD">
        <w:rPr>
          <w:rFonts w:ascii="Arial" w:hAnsi="Arial" w:cs="Arial"/>
          <w:b/>
          <w:bCs/>
          <w:sz w:val="22"/>
        </w:rPr>
        <w:t>t</w:t>
      </w:r>
      <w:r w:rsidR="00D24D38" w:rsidRPr="00A767FD">
        <w:rPr>
          <w:rFonts w:ascii="Arial" w:hAnsi="Arial" w:cs="Arial"/>
          <w:b/>
          <w:bCs/>
          <w:sz w:val="22"/>
        </w:rPr>
        <w:t xml:space="preserve"> anhand von </w:t>
      </w:r>
      <w:r w:rsidR="00891675" w:rsidRPr="00A767FD">
        <w:rPr>
          <w:rFonts w:ascii="Arial" w:hAnsi="Arial" w:cs="Arial"/>
          <w:b/>
          <w:bCs/>
          <w:sz w:val="22"/>
        </w:rPr>
        <w:t xml:space="preserve">Theaterstücken, </w:t>
      </w:r>
      <w:r w:rsidR="00E92FDA" w:rsidRPr="00A767FD">
        <w:rPr>
          <w:rFonts w:ascii="Arial" w:hAnsi="Arial" w:cs="Arial"/>
          <w:b/>
          <w:bCs/>
          <w:sz w:val="22"/>
        </w:rPr>
        <w:t>Social-Media-</w:t>
      </w:r>
      <w:r w:rsidR="00891675" w:rsidRPr="00A767FD">
        <w:rPr>
          <w:rFonts w:ascii="Arial" w:hAnsi="Arial" w:cs="Arial"/>
          <w:b/>
          <w:bCs/>
          <w:sz w:val="22"/>
        </w:rPr>
        <w:t>Postings und Romanen</w:t>
      </w:r>
      <w:r w:rsidR="00D24D38" w:rsidRPr="00A767FD">
        <w:rPr>
          <w:rFonts w:ascii="Arial" w:hAnsi="Arial" w:cs="Arial"/>
          <w:b/>
          <w:bCs/>
          <w:sz w:val="22"/>
        </w:rPr>
        <w:t xml:space="preserve"> unsere Zukunftsvorstellungen </w:t>
      </w:r>
      <w:r w:rsidR="004E2362" w:rsidRPr="00A767FD">
        <w:rPr>
          <w:rFonts w:ascii="Arial" w:hAnsi="Arial" w:cs="Arial"/>
          <w:b/>
          <w:bCs/>
          <w:sz w:val="22"/>
        </w:rPr>
        <w:t xml:space="preserve">im Angesicht </w:t>
      </w:r>
      <w:r w:rsidR="00D24D38" w:rsidRPr="00A767FD">
        <w:rPr>
          <w:rFonts w:ascii="Arial" w:hAnsi="Arial" w:cs="Arial"/>
          <w:b/>
          <w:bCs/>
          <w:sz w:val="22"/>
        </w:rPr>
        <w:t>der Klimakrise.</w:t>
      </w:r>
      <w:r w:rsidR="00891675" w:rsidRPr="00A767FD">
        <w:rPr>
          <w:rFonts w:ascii="Arial" w:hAnsi="Arial" w:cs="Arial"/>
          <w:b/>
          <w:bCs/>
          <w:sz w:val="22"/>
        </w:rPr>
        <w:t xml:space="preserve"> Sie </w:t>
      </w:r>
      <w:r w:rsidR="000A488F" w:rsidRPr="00A767FD">
        <w:rPr>
          <w:rFonts w:ascii="Arial" w:hAnsi="Arial" w:cs="Arial"/>
          <w:b/>
          <w:bCs/>
          <w:sz w:val="22"/>
        </w:rPr>
        <w:t>finden</w:t>
      </w:r>
      <w:r w:rsidR="00891675" w:rsidRPr="00A767FD">
        <w:rPr>
          <w:rFonts w:ascii="Arial" w:hAnsi="Arial" w:cs="Arial"/>
          <w:b/>
          <w:bCs/>
          <w:sz w:val="22"/>
        </w:rPr>
        <w:t xml:space="preserve"> viele Endzeiterzählungen und </w:t>
      </w:r>
      <w:r w:rsidR="005B4447" w:rsidRPr="00A767FD">
        <w:rPr>
          <w:rFonts w:ascii="Arial" w:hAnsi="Arial" w:cs="Arial"/>
          <w:b/>
          <w:bCs/>
          <w:sz w:val="22"/>
        </w:rPr>
        <w:t xml:space="preserve">auch </w:t>
      </w:r>
      <w:r w:rsidR="00891675" w:rsidRPr="00A767FD">
        <w:rPr>
          <w:rFonts w:ascii="Arial" w:hAnsi="Arial" w:cs="Arial"/>
          <w:b/>
          <w:bCs/>
          <w:sz w:val="22"/>
        </w:rPr>
        <w:t>eine Prise Hoffnung.</w:t>
      </w:r>
    </w:p>
    <w:p w14:paraId="4E64DFDD" w14:textId="460C5762" w:rsidR="00C11582" w:rsidRPr="00A767FD" w:rsidRDefault="00C11582" w:rsidP="007E07F7">
      <w:pPr>
        <w:ind w:right="48"/>
        <w:rPr>
          <w:rFonts w:ascii="Arial" w:hAnsi="Arial" w:cs="Arial"/>
          <w:sz w:val="22"/>
        </w:rPr>
      </w:pPr>
      <w:r w:rsidRPr="00A767FD">
        <w:rPr>
          <w:rFonts w:ascii="Arial" w:hAnsi="Arial" w:cs="Arial"/>
          <w:sz w:val="22"/>
        </w:rPr>
        <w:t xml:space="preserve">Rund 20 Zentimeter: </w:t>
      </w:r>
      <w:r w:rsidR="00A767FD">
        <w:rPr>
          <w:rFonts w:ascii="Arial" w:hAnsi="Arial" w:cs="Arial"/>
          <w:sz w:val="22"/>
        </w:rPr>
        <w:t>S</w:t>
      </w:r>
      <w:r w:rsidRPr="00A767FD">
        <w:rPr>
          <w:rFonts w:ascii="Arial" w:hAnsi="Arial" w:cs="Arial"/>
          <w:sz w:val="22"/>
        </w:rPr>
        <w:t xml:space="preserve">o hoch könnte der Meeresspiegel in einem moderaten Emissionsszenario bis 2050 jedes Jahr ansteigen. Diese Projektion basiert auf einem Klimamodell, einem Computerprogramm, </w:t>
      </w:r>
      <w:r w:rsidR="00A767FD">
        <w:rPr>
          <w:rFonts w:ascii="Arial" w:hAnsi="Arial" w:cs="Arial"/>
          <w:sz w:val="22"/>
        </w:rPr>
        <w:t>das</w:t>
      </w:r>
      <w:r w:rsidRPr="00A767FD">
        <w:rPr>
          <w:rFonts w:ascii="Arial" w:hAnsi="Arial" w:cs="Arial"/>
          <w:sz w:val="22"/>
        </w:rPr>
        <w:t xml:space="preserve"> </w:t>
      </w:r>
      <w:r w:rsidR="008C37A5" w:rsidRPr="00A767FD">
        <w:rPr>
          <w:rFonts w:ascii="Arial" w:hAnsi="Arial" w:cs="Arial"/>
          <w:sz w:val="22"/>
        </w:rPr>
        <w:t>Veränderungen im</w:t>
      </w:r>
      <w:r w:rsidRPr="00A767FD">
        <w:rPr>
          <w:rFonts w:ascii="Arial" w:hAnsi="Arial" w:cs="Arial"/>
          <w:sz w:val="22"/>
        </w:rPr>
        <w:t xml:space="preserve"> Klimasystem auf Basis von mathematischen Gleichungen berechnet. Sie </w:t>
      </w:r>
      <w:r w:rsidR="005733BD" w:rsidRPr="00A767FD">
        <w:rPr>
          <w:rFonts w:ascii="Arial" w:hAnsi="Arial" w:cs="Arial"/>
          <w:sz w:val="22"/>
        </w:rPr>
        <w:t>zeigt</w:t>
      </w:r>
      <w:r w:rsidRPr="00A767FD">
        <w:rPr>
          <w:rFonts w:ascii="Arial" w:hAnsi="Arial" w:cs="Arial"/>
          <w:sz w:val="22"/>
        </w:rPr>
        <w:t xml:space="preserve">, wie sich unsere physische </w:t>
      </w:r>
      <w:r w:rsidR="006F3E68" w:rsidRPr="00A767FD">
        <w:rPr>
          <w:rFonts w:ascii="Arial" w:hAnsi="Arial" w:cs="Arial"/>
          <w:sz w:val="22"/>
        </w:rPr>
        <w:t>Umwelt</w:t>
      </w:r>
      <w:r w:rsidRPr="00A767FD">
        <w:rPr>
          <w:rFonts w:ascii="Arial" w:hAnsi="Arial" w:cs="Arial"/>
          <w:sz w:val="22"/>
        </w:rPr>
        <w:t xml:space="preserve"> verändern könnte.</w:t>
      </w:r>
      <w:r w:rsidRPr="00A767FD">
        <w:rPr>
          <w:rFonts w:ascii="Arial" w:hAnsi="Arial" w:cs="Arial"/>
          <w:sz w:val="22"/>
        </w:rPr>
        <w:br/>
      </w:r>
      <w:r w:rsidRPr="00A767FD">
        <w:rPr>
          <w:rFonts w:ascii="Arial" w:hAnsi="Arial" w:cs="Arial"/>
          <w:sz w:val="22"/>
        </w:rPr>
        <w:br/>
        <w:t>Doch lässt sich auch</w:t>
      </w:r>
      <w:r w:rsidR="00A767FD">
        <w:rPr>
          <w:rFonts w:ascii="Arial" w:hAnsi="Arial" w:cs="Arial"/>
          <w:sz w:val="22"/>
        </w:rPr>
        <w:t xml:space="preserve"> modellieren</w:t>
      </w:r>
      <w:r w:rsidRPr="00A767FD">
        <w:rPr>
          <w:rFonts w:ascii="Arial" w:hAnsi="Arial" w:cs="Arial"/>
          <w:sz w:val="22"/>
        </w:rPr>
        <w:t xml:space="preserve">, </w:t>
      </w:r>
      <w:r w:rsidR="00A767FD" w:rsidRPr="00A767FD">
        <w:rPr>
          <w:rFonts w:ascii="Arial" w:hAnsi="Arial" w:cs="Arial"/>
          <w:sz w:val="22"/>
        </w:rPr>
        <w:t>wie wir Menschen uns die Zukunft auf einem erhitzten Planeten vorstellen</w:t>
      </w:r>
      <w:r w:rsidR="00A767FD">
        <w:rPr>
          <w:rFonts w:ascii="Arial" w:hAnsi="Arial" w:cs="Arial"/>
          <w:sz w:val="22"/>
        </w:rPr>
        <w:t xml:space="preserve"> – </w:t>
      </w:r>
      <w:r w:rsidR="005138B4" w:rsidRPr="00A767FD">
        <w:rPr>
          <w:rFonts w:ascii="Arial" w:hAnsi="Arial" w:cs="Arial"/>
          <w:sz w:val="22"/>
        </w:rPr>
        <w:t>beispielsweise</w:t>
      </w:r>
      <w:r w:rsidRPr="00A767FD">
        <w:rPr>
          <w:rFonts w:ascii="Arial" w:hAnsi="Arial" w:cs="Arial"/>
          <w:sz w:val="22"/>
        </w:rPr>
        <w:t xml:space="preserve"> auf Basis von Theaterstücken, Instagram-Post</w:t>
      </w:r>
      <w:r w:rsidR="006C63A5">
        <w:rPr>
          <w:rFonts w:ascii="Arial" w:hAnsi="Arial" w:cs="Arial"/>
          <w:sz w:val="22"/>
        </w:rPr>
        <w:t>ing</w:t>
      </w:r>
      <w:r w:rsidRPr="00A767FD">
        <w:rPr>
          <w:rFonts w:ascii="Arial" w:hAnsi="Arial" w:cs="Arial"/>
          <w:sz w:val="22"/>
        </w:rPr>
        <w:t xml:space="preserve">s, Lehrmaterialien oder Romanen? Und falls ja: Wie sehen diese </w:t>
      </w:r>
      <w:r w:rsidR="00981553" w:rsidRPr="00A767FD">
        <w:rPr>
          <w:rFonts w:ascii="Arial" w:hAnsi="Arial" w:cs="Arial"/>
          <w:sz w:val="22"/>
        </w:rPr>
        <w:t>Visionen</w:t>
      </w:r>
      <w:r w:rsidRPr="00A767FD">
        <w:rPr>
          <w:rFonts w:ascii="Arial" w:hAnsi="Arial" w:cs="Arial"/>
          <w:sz w:val="22"/>
        </w:rPr>
        <w:t xml:space="preserve"> aus?</w:t>
      </w:r>
      <w:r w:rsidRPr="00A767FD">
        <w:rPr>
          <w:rFonts w:ascii="Arial" w:hAnsi="Arial" w:cs="Arial"/>
          <w:b/>
          <w:bCs/>
          <w:sz w:val="22"/>
        </w:rPr>
        <w:br/>
      </w:r>
      <w:r w:rsidRPr="00A767FD">
        <w:rPr>
          <w:rFonts w:ascii="Arial" w:hAnsi="Arial" w:cs="Arial"/>
          <w:sz w:val="22"/>
        </w:rPr>
        <w:br/>
        <w:t xml:space="preserve">Diesen Fragen gehen </w:t>
      </w:r>
      <w:r w:rsidR="005969DC" w:rsidRPr="00A767FD">
        <w:rPr>
          <w:rFonts w:ascii="Arial" w:hAnsi="Arial" w:cs="Arial"/>
          <w:sz w:val="22"/>
        </w:rPr>
        <w:t xml:space="preserve">neun </w:t>
      </w:r>
      <w:r w:rsidRPr="00A767FD">
        <w:rPr>
          <w:rFonts w:ascii="Arial" w:hAnsi="Arial" w:cs="Arial"/>
          <w:sz w:val="22"/>
        </w:rPr>
        <w:t xml:space="preserve">österreichische, deutsche und britische Forschende </w:t>
      </w:r>
      <w:r w:rsidR="005969DC" w:rsidRPr="00A767FD">
        <w:rPr>
          <w:rFonts w:ascii="Arial" w:hAnsi="Arial" w:cs="Arial"/>
          <w:sz w:val="22"/>
        </w:rPr>
        <w:t>aus den Literatur- und Kulturwissenschaften, der Soziologie, Linguistik und Fachdidaktik sowie der Wissenschafts- und Technikforschung</w:t>
      </w:r>
      <w:r w:rsidR="002B62BF" w:rsidRPr="00A767FD">
        <w:rPr>
          <w:rFonts w:ascii="Arial" w:hAnsi="Arial" w:cs="Arial"/>
          <w:sz w:val="22"/>
        </w:rPr>
        <w:t xml:space="preserve"> </w:t>
      </w:r>
      <w:r w:rsidRPr="00A767FD">
        <w:rPr>
          <w:rFonts w:ascii="Arial" w:hAnsi="Arial" w:cs="Arial"/>
          <w:sz w:val="22"/>
        </w:rPr>
        <w:t>im</w:t>
      </w:r>
      <w:r w:rsidR="00EC03A5">
        <w:rPr>
          <w:rFonts w:ascii="Arial" w:hAnsi="Arial" w:cs="Arial"/>
          <w:sz w:val="22"/>
        </w:rPr>
        <w:t xml:space="preserve"> vom Wissenschaftsfonds FWF geförderten</w:t>
      </w:r>
      <w:r w:rsidR="00D310C6" w:rsidRPr="00A767FD">
        <w:rPr>
          <w:rFonts w:ascii="Arial" w:hAnsi="Arial" w:cs="Arial"/>
          <w:sz w:val="22"/>
        </w:rPr>
        <w:t xml:space="preserve"> </w:t>
      </w:r>
      <w:r w:rsidRPr="00A767FD">
        <w:rPr>
          <w:rFonts w:ascii="Arial" w:hAnsi="Arial" w:cs="Arial"/>
          <w:sz w:val="22"/>
        </w:rPr>
        <w:t xml:space="preserve">Forschungsprojekt </w:t>
      </w:r>
      <w:r w:rsidR="00A767FD">
        <w:rPr>
          <w:rFonts w:ascii="Arial" w:hAnsi="Arial" w:cs="Arial"/>
          <w:sz w:val="22"/>
        </w:rPr>
        <w:t>„</w:t>
      </w:r>
      <w:r w:rsidRPr="00A767FD">
        <w:rPr>
          <w:rFonts w:ascii="Arial" w:hAnsi="Arial" w:cs="Arial"/>
          <w:sz w:val="22"/>
          <w:lang w:val="de-AT"/>
        </w:rPr>
        <w:t>Just Futures? Approaching Cultural Climate Models</w:t>
      </w:r>
      <w:r w:rsidR="00A767FD">
        <w:rPr>
          <w:rFonts w:ascii="Arial" w:hAnsi="Arial" w:cs="Arial"/>
          <w:sz w:val="22"/>
          <w:lang w:val="de-AT"/>
        </w:rPr>
        <w:t>“</w:t>
      </w:r>
      <w:r w:rsidRPr="00A767FD">
        <w:rPr>
          <w:rFonts w:ascii="Arial" w:hAnsi="Arial" w:cs="Arial"/>
          <w:sz w:val="22"/>
        </w:rPr>
        <w:t xml:space="preserve"> nach. Geleitet wird es vom Umweltgeisteswissenschaft</w:t>
      </w:r>
      <w:r w:rsidR="006C63A5">
        <w:rPr>
          <w:rFonts w:ascii="Arial" w:hAnsi="Arial" w:cs="Arial"/>
          <w:sz w:val="22"/>
        </w:rPr>
        <w:t>l</w:t>
      </w:r>
      <w:r w:rsidRPr="00A767FD">
        <w:rPr>
          <w:rFonts w:ascii="Arial" w:hAnsi="Arial" w:cs="Arial"/>
          <w:sz w:val="22"/>
        </w:rPr>
        <w:t xml:space="preserve">er David Higgins </w:t>
      </w:r>
      <w:r w:rsidR="006A55B3" w:rsidRPr="00A767FD">
        <w:rPr>
          <w:rFonts w:ascii="Arial" w:hAnsi="Arial" w:cs="Arial"/>
          <w:sz w:val="22"/>
        </w:rPr>
        <w:t xml:space="preserve">von der Universität Leeds </w:t>
      </w:r>
      <w:r w:rsidRPr="00A767FD">
        <w:rPr>
          <w:rFonts w:ascii="Arial" w:hAnsi="Arial" w:cs="Arial"/>
          <w:sz w:val="22"/>
        </w:rPr>
        <w:t xml:space="preserve">und </w:t>
      </w:r>
      <w:r w:rsidR="003B7320" w:rsidRPr="00A767FD">
        <w:rPr>
          <w:rFonts w:ascii="Arial" w:hAnsi="Arial" w:cs="Arial"/>
          <w:sz w:val="22"/>
        </w:rPr>
        <w:t xml:space="preserve">der Literaturwissenschaftlerin und Anglistin </w:t>
      </w:r>
      <w:r w:rsidR="00763E91" w:rsidRPr="00A767FD">
        <w:rPr>
          <w:rFonts w:ascii="Arial" w:hAnsi="Arial" w:cs="Arial"/>
          <w:sz w:val="22"/>
        </w:rPr>
        <w:t>Julia Hoydis</w:t>
      </w:r>
      <w:r w:rsidR="00836F96" w:rsidRPr="00A767FD">
        <w:rPr>
          <w:rFonts w:ascii="Arial" w:hAnsi="Arial" w:cs="Arial"/>
          <w:sz w:val="22"/>
        </w:rPr>
        <w:t xml:space="preserve"> von </w:t>
      </w:r>
      <w:r w:rsidRPr="00A767FD">
        <w:rPr>
          <w:rFonts w:ascii="Arial" w:hAnsi="Arial" w:cs="Arial"/>
          <w:sz w:val="22"/>
        </w:rPr>
        <w:t xml:space="preserve">der Universität Graz. </w:t>
      </w:r>
    </w:p>
    <w:p w14:paraId="5FE6A4E6" w14:textId="77777777" w:rsidR="00457C12" w:rsidRPr="00A767FD" w:rsidRDefault="00457C12" w:rsidP="007E07F7">
      <w:pPr>
        <w:ind w:right="48"/>
        <w:rPr>
          <w:rFonts w:ascii="Arial" w:hAnsi="Arial" w:cs="Arial"/>
          <w:b/>
          <w:bCs/>
          <w:sz w:val="22"/>
        </w:rPr>
      </w:pPr>
      <w:r w:rsidRPr="00A767FD">
        <w:rPr>
          <w:rFonts w:ascii="Arial" w:hAnsi="Arial" w:cs="Arial"/>
          <w:b/>
          <w:bCs/>
          <w:sz w:val="22"/>
        </w:rPr>
        <w:t>Was sind kulturelle Modelle?</w:t>
      </w:r>
    </w:p>
    <w:p w14:paraId="05F3D203" w14:textId="4F1F057D" w:rsidR="00E050A0" w:rsidRPr="00A767FD" w:rsidRDefault="002626BA" w:rsidP="007E07F7">
      <w:pPr>
        <w:ind w:right="48"/>
        <w:rPr>
          <w:rFonts w:ascii="Arial" w:hAnsi="Arial" w:cs="Arial"/>
          <w:sz w:val="22"/>
        </w:rPr>
      </w:pPr>
      <w:r w:rsidRPr="00A767FD">
        <w:rPr>
          <w:rFonts w:ascii="Arial" w:hAnsi="Arial" w:cs="Arial"/>
          <w:sz w:val="22"/>
        </w:rPr>
        <w:t xml:space="preserve">Die Forschenden wollen zeigen, wie </w:t>
      </w:r>
      <w:r w:rsidR="00A767FD">
        <w:rPr>
          <w:rFonts w:ascii="Arial" w:hAnsi="Arial" w:cs="Arial"/>
          <w:sz w:val="22"/>
        </w:rPr>
        <w:t>in unterschiedlichen</w:t>
      </w:r>
      <w:r w:rsidRPr="00A767FD">
        <w:rPr>
          <w:rFonts w:ascii="Arial" w:hAnsi="Arial" w:cs="Arial"/>
          <w:sz w:val="22"/>
        </w:rPr>
        <w:t xml:space="preserve"> Text</w:t>
      </w:r>
      <w:r w:rsidR="00A767FD">
        <w:rPr>
          <w:rFonts w:ascii="Arial" w:hAnsi="Arial" w:cs="Arial"/>
          <w:sz w:val="22"/>
        </w:rPr>
        <w:t>formaten</w:t>
      </w:r>
      <w:r w:rsidRPr="00A767FD">
        <w:rPr>
          <w:rFonts w:ascii="Arial" w:hAnsi="Arial" w:cs="Arial"/>
          <w:sz w:val="22"/>
        </w:rPr>
        <w:t xml:space="preserve"> und Medien Klimazukünfte </w:t>
      </w:r>
      <w:r w:rsidR="00A767FD">
        <w:rPr>
          <w:rFonts w:ascii="Arial" w:hAnsi="Arial" w:cs="Arial"/>
          <w:sz w:val="22"/>
        </w:rPr>
        <w:t>entworfen werden</w:t>
      </w:r>
      <w:r w:rsidR="00AD7AF3" w:rsidRPr="00A767FD">
        <w:rPr>
          <w:rFonts w:ascii="Arial" w:hAnsi="Arial" w:cs="Arial"/>
          <w:sz w:val="22"/>
        </w:rPr>
        <w:t xml:space="preserve"> und wie diese aussehen</w:t>
      </w:r>
      <w:r w:rsidRPr="00A767FD">
        <w:rPr>
          <w:rFonts w:ascii="Arial" w:hAnsi="Arial" w:cs="Arial"/>
          <w:sz w:val="22"/>
        </w:rPr>
        <w:t xml:space="preserve">. </w:t>
      </w:r>
      <w:r w:rsidR="002C5045" w:rsidRPr="00A767FD">
        <w:rPr>
          <w:rFonts w:ascii="Arial" w:hAnsi="Arial" w:cs="Arial"/>
          <w:sz w:val="22"/>
        </w:rPr>
        <w:t xml:space="preserve">„Erzählungen darüber, wie es mit der Menschheit und der Klimakrise weitergehen kann und wird, greifen auf wissenschaftliche Fakten und Daten zurück“, erklärt Projektleiterin Hoydis. „Aber sie funktionieren natürlich anders.“ </w:t>
      </w:r>
    </w:p>
    <w:p w14:paraId="6A85B88A" w14:textId="76E249FC" w:rsidR="002C5045" w:rsidRPr="00A767FD" w:rsidRDefault="00AD7AF3" w:rsidP="007E07F7">
      <w:pPr>
        <w:ind w:right="48"/>
        <w:rPr>
          <w:rFonts w:ascii="Arial" w:hAnsi="Arial" w:cs="Arial"/>
          <w:sz w:val="22"/>
          <w:lang w:val="de-AT"/>
        </w:rPr>
      </w:pPr>
      <w:r w:rsidRPr="00A767FD">
        <w:rPr>
          <w:rFonts w:ascii="Arial" w:hAnsi="Arial" w:cs="Arial"/>
          <w:sz w:val="22"/>
        </w:rPr>
        <w:t xml:space="preserve">Und sie </w:t>
      </w:r>
      <w:r w:rsidR="00236217" w:rsidRPr="00A767FD">
        <w:rPr>
          <w:rFonts w:ascii="Arial" w:hAnsi="Arial" w:cs="Arial"/>
          <w:sz w:val="22"/>
        </w:rPr>
        <w:t xml:space="preserve">decken </w:t>
      </w:r>
      <w:r w:rsidR="002C5045" w:rsidRPr="00A767FD">
        <w:rPr>
          <w:rFonts w:ascii="Arial" w:hAnsi="Arial" w:cs="Arial"/>
          <w:sz w:val="22"/>
        </w:rPr>
        <w:t>andere Aspekte ab.</w:t>
      </w:r>
      <w:r w:rsidR="003B7320" w:rsidRPr="00A767FD">
        <w:rPr>
          <w:rFonts w:ascii="Arial" w:hAnsi="Arial" w:cs="Arial"/>
          <w:sz w:val="22"/>
        </w:rPr>
        <w:t xml:space="preserve"> </w:t>
      </w:r>
      <w:r w:rsidR="002C5045" w:rsidRPr="00A767FD">
        <w:rPr>
          <w:rFonts w:ascii="Arial" w:hAnsi="Arial" w:cs="Arial"/>
          <w:sz w:val="22"/>
        </w:rPr>
        <w:t xml:space="preserve">Während </w:t>
      </w:r>
      <w:r w:rsidR="003B7320" w:rsidRPr="00A767FD">
        <w:rPr>
          <w:rFonts w:ascii="Arial" w:hAnsi="Arial" w:cs="Arial"/>
          <w:sz w:val="22"/>
        </w:rPr>
        <w:t xml:space="preserve">etwa </w:t>
      </w:r>
      <w:r w:rsidR="002C5045" w:rsidRPr="00A767FD">
        <w:rPr>
          <w:rFonts w:ascii="Arial" w:hAnsi="Arial" w:cs="Arial"/>
          <w:sz w:val="22"/>
        </w:rPr>
        <w:t xml:space="preserve">mathematische Modelle </w:t>
      </w:r>
      <w:r w:rsidR="003B7320" w:rsidRPr="00A767FD">
        <w:rPr>
          <w:rFonts w:ascii="Arial" w:hAnsi="Arial" w:cs="Arial"/>
          <w:sz w:val="22"/>
        </w:rPr>
        <w:t>abstrakt</w:t>
      </w:r>
      <w:r w:rsidR="00A767FD">
        <w:rPr>
          <w:rFonts w:ascii="Arial" w:hAnsi="Arial" w:cs="Arial"/>
          <w:sz w:val="22"/>
        </w:rPr>
        <w:t xml:space="preserve"> aufzeigen</w:t>
      </w:r>
      <w:r w:rsidR="002C5045" w:rsidRPr="00A767FD">
        <w:rPr>
          <w:rFonts w:ascii="Arial" w:hAnsi="Arial" w:cs="Arial"/>
          <w:sz w:val="22"/>
        </w:rPr>
        <w:t xml:space="preserve">, wie rasant Gletschereis in einem Erwärmungsszenario schmilzt, </w:t>
      </w:r>
      <w:r w:rsidR="006A55B3" w:rsidRPr="00A767FD">
        <w:rPr>
          <w:rFonts w:ascii="Arial" w:hAnsi="Arial" w:cs="Arial"/>
          <w:sz w:val="22"/>
        </w:rPr>
        <w:t xml:space="preserve">holen </w:t>
      </w:r>
      <w:r w:rsidR="003B7320" w:rsidRPr="00A767FD">
        <w:rPr>
          <w:rFonts w:ascii="Arial" w:hAnsi="Arial" w:cs="Arial"/>
          <w:sz w:val="22"/>
        </w:rPr>
        <w:t>Essays</w:t>
      </w:r>
      <w:r w:rsidR="00A767FD">
        <w:rPr>
          <w:rFonts w:ascii="Arial" w:hAnsi="Arial" w:cs="Arial"/>
          <w:sz w:val="22"/>
        </w:rPr>
        <w:t xml:space="preserve"> </w:t>
      </w:r>
      <w:r w:rsidR="002626BA" w:rsidRPr="00A767FD">
        <w:rPr>
          <w:rFonts w:ascii="Arial" w:hAnsi="Arial" w:cs="Arial"/>
          <w:sz w:val="22"/>
        </w:rPr>
        <w:t>oder Theaterstücke</w:t>
      </w:r>
      <w:r w:rsidR="002C5045" w:rsidRPr="00A767FD">
        <w:rPr>
          <w:rFonts w:ascii="Arial" w:hAnsi="Arial" w:cs="Arial"/>
          <w:sz w:val="22"/>
        </w:rPr>
        <w:t xml:space="preserve"> </w:t>
      </w:r>
      <w:r w:rsidR="00E75B9B" w:rsidRPr="00A767FD">
        <w:rPr>
          <w:rFonts w:ascii="Arial" w:hAnsi="Arial" w:cs="Arial"/>
          <w:sz w:val="22"/>
        </w:rPr>
        <w:t>die Menschen bei ihren Emotionen ab</w:t>
      </w:r>
      <w:r w:rsidR="002626BA" w:rsidRPr="00A767FD">
        <w:rPr>
          <w:rFonts w:ascii="Arial" w:hAnsi="Arial" w:cs="Arial"/>
          <w:sz w:val="22"/>
        </w:rPr>
        <w:t xml:space="preserve">. Sie können beispielsweise behandeln, </w:t>
      </w:r>
      <w:r w:rsidR="002C5045" w:rsidRPr="00A767FD">
        <w:rPr>
          <w:rFonts w:ascii="Arial" w:hAnsi="Arial" w:cs="Arial"/>
          <w:sz w:val="22"/>
        </w:rPr>
        <w:t>welche Sorgen Einheimische</w:t>
      </w:r>
      <w:r w:rsidR="00E75B9B" w:rsidRPr="00A767FD">
        <w:rPr>
          <w:rFonts w:ascii="Arial" w:hAnsi="Arial" w:cs="Arial"/>
          <w:sz w:val="22"/>
        </w:rPr>
        <w:t xml:space="preserve"> </w:t>
      </w:r>
      <w:r w:rsidR="00886F53" w:rsidRPr="00A767FD">
        <w:rPr>
          <w:rFonts w:ascii="Arial" w:hAnsi="Arial" w:cs="Arial"/>
          <w:sz w:val="22"/>
        </w:rPr>
        <w:t xml:space="preserve">in </w:t>
      </w:r>
      <w:r w:rsidR="00E75B9B" w:rsidRPr="00A767FD">
        <w:rPr>
          <w:rFonts w:ascii="Arial" w:hAnsi="Arial" w:cs="Arial"/>
          <w:sz w:val="22"/>
        </w:rPr>
        <w:t>gefährdeten Gebieten</w:t>
      </w:r>
      <w:r w:rsidR="002626BA" w:rsidRPr="00A767FD">
        <w:rPr>
          <w:rFonts w:ascii="Arial" w:hAnsi="Arial" w:cs="Arial"/>
          <w:sz w:val="22"/>
        </w:rPr>
        <w:t xml:space="preserve"> </w:t>
      </w:r>
      <w:r w:rsidR="00886F53" w:rsidRPr="00A767FD">
        <w:rPr>
          <w:rFonts w:ascii="Arial" w:hAnsi="Arial" w:cs="Arial"/>
          <w:sz w:val="22"/>
        </w:rPr>
        <w:t xml:space="preserve">umtreiben </w:t>
      </w:r>
      <w:r w:rsidRPr="00A767FD">
        <w:rPr>
          <w:rFonts w:ascii="Arial" w:hAnsi="Arial" w:cs="Arial"/>
          <w:sz w:val="22"/>
        </w:rPr>
        <w:t xml:space="preserve">oder </w:t>
      </w:r>
      <w:r w:rsidR="00E75B9B" w:rsidRPr="00A767FD">
        <w:rPr>
          <w:rFonts w:ascii="Arial" w:hAnsi="Arial" w:cs="Arial"/>
          <w:sz w:val="22"/>
        </w:rPr>
        <w:t>welche Werte</w:t>
      </w:r>
      <w:r w:rsidRPr="00A767FD">
        <w:rPr>
          <w:rFonts w:ascii="Arial" w:hAnsi="Arial" w:cs="Arial"/>
          <w:sz w:val="22"/>
        </w:rPr>
        <w:t xml:space="preserve"> und</w:t>
      </w:r>
      <w:r w:rsidR="00E75B9B" w:rsidRPr="00A767FD">
        <w:rPr>
          <w:rFonts w:ascii="Arial" w:hAnsi="Arial" w:cs="Arial"/>
          <w:sz w:val="22"/>
        </w:rPr>
        <w:t xml:space="preserve"> Traditionen </w:t>
      </w:r>
      <w:r w:rsidR="002626BA" w:rsidRPr="00A767FD">
        <w:rPr>
          <w:rFonts w:ascii="Arial" w:hAnsi="Arial" w:cs="Arial"/>
          <w:sz w:val="22"/>
        </w:rPr>
        <w:t xml:space="preserve">mit der Schmelze und ihrer Reaktion darauf </w:t>
      </w:r>
      <w:r w:rsidRPr="00A767FD">
        <w:rPr>
          <w:rFonts w:ascii="Arial" w:hAnsi="Arial" w:cs="Arial"/>
          <w:sz w:val="22"/>
        </w:rPr>
        <w:t xml:space="preserve">vermittelt </w:t>
      </w:r>
      <w:r w:rsidR="00886F53" w:rsidRPr="00A767FD">
        <w:rPr>
          <w:rFonts w:ascii="Arial" w:hAnsi="Arial" w:cs="Arial"/>
          <w:sz w:val="22"/>
        </w:rPr>
        <w:t xml:space="preserve">werden. </w:t>
      </w:r>
      <w:r w:rsidRPr="00A767FD">
        <w:rPr>
          <w:rFonts w:ascii="Arial" w:hAnsi="Arial" w:cs="Arial"/>
          <w:sz w:val="22"/>
        </w:rPr>
        <w:t xml:space="preserve">Außerdem wirkt </w:t>
      </w:r>
      <w:r w:rsidR="00A23012" w:rsidRPr="00A767FD">
        <w:rPr>
          <w:rFonts w:ascii="Arial" w:hAnsi="Arial" w:cs="Arial"/>
          <w:sz w:val="22"/>
        </w:rPr>
        <w:t>Fiktion unmittelbarer.</w:t>
      </w:r>
      <w:r w:rsidR="000F41FD" w:rsidRPr="00A767FD">
        <w:rPr>
          <w:rFonts w:ascii="Arial" w:hAnsi="Arial" w:cs="Arial"/>
          <w:sz w:val="22"/>
        </w:rPr>
        <w:t xml:space="preserve"> </w:t>
      </w:r>
      <w:r w:rsidR="002C5045" w:rsidRPr="00A767FD">
        <w:rPr>
          <w:rFonts w:ascii="Arial" w:hAnsi="Arial" w:cs="Arial"/>
          <w:sz w:val="22"/>
        </w:rPr>
        <w:t xml:space="preserve">Zukunftsvisionen sind </w:t>
      </w:r>
      <w:r w:rsidR="0067623E" w:rsidRPr="00A767FD">
        <w:rPr>
          <w:rFonts w:ascii="Arial" w:hAnsi="Arial" w:cs="Arial"/>
          <w:sz w:val="22"/>
        </w:rPr>
        <w:t>uns</w:t>
      </w:r>
      <w:r w:rsidR="002C5045" w:rsidRPr="00A767FD">
        <w:rPr>
          <w:rFonts w:ascii="Arial" w:hAnsi="Arial" w:cs="Arial"/>
          <w:sz w:val="22"/>
        </w:rPr>
        <w:t xml:space="preserve"> im Theatersessel, mit einem Roman oder einem Social-Media-Feed vor der Nase näher als </w:t>
      </w:r>
      <w:r w:rsidR="00A23012" w:rsidRPr="00A767FD">
        <w:rPr>
          <w:rFonts w:ascii="Arial" w:hAnsi="Arial" w:cs="Arial"/>
          <w:sz w:val="22"/>
        </w:rPr>
        <w:t xml:space="preserve">beim Betrachten naturwissenschaftlicher Graphen. </w:t>
      </w:r>
    </w:p>
    <w:p w14:paraId="094E8A5E" w14:textId="2BAE9B2C" w:rsidR="00457C12" w:rsidRPr="00A767FD" w:rsidRDefault="00457C12" w:rsidP="007E07F7">
      <w:pPr>
        <w:ind w:right="48"/>
        <w:rPr>
          <w:rFonts w:ascii="Arial" w:hAnsi="Arial" w:cs="Arial"/>
          <w:b/>
          <w:bCs/>
          <w:sz w:val="22"/>
        </w:rPr>
      </w:pPr>
      <w:r w:rsidRPr="00A767FD">
        <w:rPr>
          <w:rFonts w:ascii="Arial" w:hAnsi="Arial" w:cs="Arial"/>
          <w:b/>
          <w:bCs/>
          <w:sz w:val="22"/>
        </w:rPr>
        <w:t>Alles andere als heiter</w:t>
      </w:r>
    </w:p>
    <w:p w14:paraId="251EE389" w14:textId="2470C861" w:rsidR="00457C12" w:rsidRPr="00A767FD" w:rsidRDefault="00694C66" w:rsidP="007E07F7">
      <w:pPr>
        <w:ind w:right="48"/>
        <w:rPr>
          <w:rFonts w:ascii="Arial" w:hAnsi="Arial" w:cs="Arial"/>
          <w:sz w:val="22"/>
        </w:rPr>
      </w:pPr>
      <w:r w:rsidRPr="00A767FD">
        <w:rPr>
          <w:rFonts w:ascii="Arial" w:hAnsi="Arial" w:cs="Arial"/>
          <w:sz w:val="22"/>
        </w:rPr>
        <w:t xml:space="preserve">Doch </w:t>
      </w:r>
      <w:r w:rsidR="007A14CE" w:rsidRPr="00A767FD">
        <w:rPr>
          <w:rFonts w:ascii="Arial" w:hAnsi="Arial" w:cs="Arial"/>
          <w:sz w:val="22"/>
        </w:rPr>
        <w:t xml:space="preserve">wie stellen sich </w:t>
      </w:r>
      <w:r w:rsidRPr="00A767FD">
        <w:rPr>
          <w:rFonts w:ascii="Arial" w:hAnsi="Arial" w:cs="Arial"/>
          <w:sz w:val="22"/>
        </w:rPr>
        <w:t xml:space="preserve">Autor:innen und Dramaturg:innen die Zukunft </w:t>
      </w:r>
      <w:r w:rsidR="007A14CE" w:rsidRPr="00A767FD">
        <w:rPr>
          <w:rFonts w:ascii="Arial" w:hAnsi="Arial" w:cs="Arial"/>
          <w:sz w:val="22"/>
        </w:rPr>
        <w:t>vor</w:t>
      </w:r>
      <w:r w:rsidRPr="00A767FD">
        <w:rPr>
          <w:rFonts w:ascii="Arial" w:hAnsi="Arial" w:cs="Arial"/>
          <w:sz w:val="22"/>
        </w:rPr>
        <w:t>?</w:t>
      </w:r>
      <w:r w:rsidR="00261EBE" w:rsidRPr="00A767FD">
        <w:rPr>
          <w:rFonts w:ascii="Arial" w:hAnsi="Arial" w:cs="Arial"/>
          <w:sz w:val="22"/>
        </w:rPr>
        <w:t xml:space="preserve"> Um das </w:t>
      </w:r>
      <w:r w:rsidR="00D331BD" w:rsidRPr="00A767FD">
        <w:rPr>
          <w:rFonts w:ascii="Arial" w:hAnsi="Arial" w:cs="Arial"/>
          <w:sz w:val="22"/>
        </w:rPr>
        <w:t>herauszufinden,</w:t>
      </w:r>
      <w:r w:rsidR="00261EBE" w:rsidRPr="00A767FD">
        <w:rPr>
          <w:rFonts w:ascii="Arial" w:hAnsi="Arial" w:cs="Arial"/>
          <w:sz w:val="22"/>
        </w:rPr>
        <w:t xml:space="preserve"> analysierten </w:t>
      </w:r>
      <w:r w:rsidR="00457C12" w:rsidRPr="00A767FD">
        <w:rPr>
          <w:rFonts w:ascii="Arial" w:hAnsi="Arial" w:cs="Arial"/>
          <w:sz w:val="22"/>
        </w:rPr>
        <w:t>David Higgins und Julia Hoydis</w:t>
      </w:r>
      <w:r w:rsidR="00261EBE" w:rsidRPr="00A767FD">
        <w:rPr>
          <w:rFonts w:ascii="Arial" w:hAnsi="Arial" w:cs="Arial"/>
          <w:sz w:val="22"/>
        </w:rPr>
        <w:t xml:space="preserve"> </w:t>
      </w:r>
      <w:r w:rsidR="00457C12" w:rsidRPr="00A767FD">
        <w:rPr>
          <w:rFonts w:ascii="Arial" w:hAnsi="Arial" w:cs="Arial"/>
          <w:sz w:val="22"/>
        </w:rPr>
        <w:t xml:space="preserve">mehrere Dutzend britische Texte </w:t>
      </w:r>
      <w:r w:rsidR="00457C12" w:rsidRPr="00A767FD">
        <w:rPr>
          <w:rFonts w:ascii="Arial" w:hAnsi="Arial" w:cs="Arial"/>
          <w:sz w:val="22"/>
        </w:rPr>
        <w:lastRenderedPageBreak/>
        <w:t xml:space="preserve">aus dem vergangenen Jahrzehnt: vorrangig Theaterstücke, Romane, autobiografische Essays und Texte aus Lehrbüchern. Mit der literaturwissenschaftlichen Methode des </w:t>
      </w:r>
      <w:r w:rsidR="00E75B9B" w:rsidRPr="00A767FD">
        <w:rPr>
          <w:rFonts w:ascii="Arial" w:hAnsi="Arial" w:cs="Arial"/>
          <w:sz w:val="22"/>
        </w:rPr>
        <w:t>„</w:t>
      </w:r>
      <w:r w:rsidR="00457C12" w:rsidRPr="00A767FD">
        <w:rPr>
          <w:rFonts w:ascii="Arial" w:hAnsi="Arial" w:cs="Arial"/>
          <w:sz w:val="22"/>
        </w:rPr>
        <w:t>close reading</w:t>
      </w:r>
      <w:r w:rsidR="00E75B9B" w:rsidRPr="00A767FD">
        <w:rPr>
          <w:rFonts w:ascii="Arial" w:hAnsi="Arial" w:cs="Arial"/>
          <w:sz w:val="22"/>
        </w:rPr>
        <w:t>“</w:t>
      </w:r>
      <w:r w:rsidR="00457C12" w:rsidRPr="00A767FD">
        <w:rPr>
          <w:rFonts w:ascii="Arial" w:hAnsi="Arial" w:cs="Arial"/>
          <w:sz w:val="22"/>
        </w:rPr>
        <w:t xml:space="preserve"> interpretierten sie unter anderem </w:t>
      </w:r>
      <w:r w:rsidR="00E75B9B" w:rsidRPr="00A767FD">
        <w:rPr>
          <w:rFonts w:ascii="Arial" w:hAnsi="Arial" w:cs="Arial"/>
          <w:sz w:val="22"/>
        </w:rPr>
        <w:t xml:space="preserve">ihre </w:t>
      </w:r>
      <w:r w:rsidR="00457C12" w:rsidRPr="00A767FD">
        <w:rPr>
          <w:rFonts w:ascii="Arial" w:hAnsi="Arial" w:cs="Arial"/>
          <w:sz w:val="22"/>
        </w:rPr>
        <w:t>sprachlichen und rhetorischen Mittel. „Wir suchen nach wiederkehrenden Motiven und Themen, etwa ob es einen Fokus au</w:t>
      </w:r>
      <w:r w:rsidR="00E75B9B" w:rsidRPr="00A767FD">
        <w:rPr>
          <w:rFonts w:ascii="Arial" w:hAnsi="Arial" w:cs="Arial"/>
          <w:sz w:val="22"/>
        </w:rPr>
        <w:t>f</w:t>
      </w:r>
      <w:r w:rsidR="00457C12" w:rsidRPr="00A767FD">
        <w:rPr>
          <w:rFonts w:ascii="Arial" w:hAnsi="Arial" w:cs="Arial"/>
          <w:sz w:val="22"/>
        </w:rPr>
        <w:t xml:space="preserve"> bestimmte Akteure oder Charaktere gibt“, erläutert die Forscherin.</w:t>
      </w:r>
    </w:p>
    <w:p w14:paraId="752F080C" w14:textId="623D309F" w:rsidR="00425D0D" w:rsidRDefault="007C528A" w:rsidP="007E07F7">
      <w:pPr>
        <w:ind w:right="48"/>
        <w:rPr>
          <w:rFonts w:ascii="Arial" w:hAnsi="Arial" w:cs="Arial"/>
          <w:sz w:val="22"/>
        </w:rPr>
      </w:pPr>
      <w:r w:rsidRPr="00A767FD">
        <w:rPr>
          <w:rFonts w:ascii="Arial" w:hAnsi="Arial" w:cs="Arial"/>
          <w:sz w:val="22"/>
        </w:rPr>
        <w:t xml:space="preserve">Der Klimawandel ist der Literatur nicht neu. </w:t>
      </w:r>
      <w:r w:rsidR="00C52350" w:rsidRPr="00A767FD">
        <w:rPr>
          <w:rFonts w:ascii="Arial" w:hAnsi="Arial" w:cs="Arial"/>
          <w:sz w:val="22"/>
        </w:rPr>
        <w:t xml:space="preserve">Seit den 2010er-Jahren beschreibt der Begriff </w:t>
      </w:r>
      <w:r w:rsidR="00E75B9B" w:rsidRPr="00A767FD">
        <w:rPr>
          <w:rFonts w:ascii="Arial" w:hAnsi="Arial" w:cs="Arial"/>
          <w:sz w:val="22"/>
        </w:rPr>
        <w:t>„</w:t>
      </w:r>
      <w:r w:rsidR="00C52350" w:rsidRPr="00A767FD">
        <w:rPr>
          <w:rFonts w:ascii="Arial" w:hAnsi="Arial" w:cs="Arial"/>
          <w:sz w:val="22"/>
        </w:rPr>
        <w:t>Climate</w:t>
      </w:r>
      <w:r w:rsidR="006C63A5">
        <w:rPr>
          <w:rFonts w:ascii="Arial" w:hAnsi="Arial" w:cs="Arial"/>
          <w:sz w:val="22"/>
        </w:rPr>
        <w:t>-</w:t>
      </w:r>
      <w:r w:rsidR="00C52350" w:rsidRPr="00A767FD">
        <w:rPr>
          <w:rFonts w:ascii="Arial" w:hAnsi="Arial" w:cs="Arial"/>
          <w:sz w:val="22"/>
        </w:rPr>
        <w:t>Fiction</w:t>
      </w:r>
      <w:r w:rsidR="00E75B9B" w:rsidRPr="00A767FD">
        <w:rPr>
          <w:rFonts w:ascii="Arial" w:hAnsi="Arial" w:cs="Arial"/>
          <w:sz w:val="22"/>
        </w:rPr>
        <w:t>“</w:t>
      </w:r>
      <w:r w:rsidR="00C52350" w:rsidRPr="00A767FD">
        <w:rPr>
          <w:rFonts w:ascii="Arial" w:hAnsi="Arial" w:cs="Arial"/>
          <w:sz w:val="22"/>
        </w:rPr>
        <w:t xml:space="preserve"> Texte, </w:t>
      </w:r>
      <w:r w:rsidR="002626BA" w:rsidRPr="00A767FD">
        <w:rPr>
          <w:rFonts w:ascii="Arial" w:hAnsi="Arial" w:cs="Arial"/>
          <w:sz w:val="22"/>
        </w:rPr>
        <w:t>in denen er vorkommt</w:t>
      </w:r>
      <w:r w:rsidR="00252BEC" w:rsidRPr="00A767FD">
        <w:rPr>
          <w:rFonts w:ascii="Arial" w:hAnsi="Arial" w:cs="Arial"/>
          <w:sz w:val="22"/>
        </w:rPr>
        <w:t xml:space="preserve">. </w:t>
      </w:r>
      <w:r w:rsidR="00427F1F" w:rsidRPr="00A767FD">
        <w:rPr>
          <w:rFonts w:ascii="Arial" w:hAnsi="Arial" w:cs="Arial"/>
          <w:sz w:val="22"/>
        </w:rPr>
        <w:t xml:space="preserve">Viele </w:t>
      </w:r>
      <w:r w:rsidR="0012073C" w:rsidRPr="00A767FD">
        <w:rPr>
          <w:rFonts w:ascii="Arial" w:hAnsi="Arial" w:cs="Arial"/>
          <w:sz w:val="22"/>
        </w:rPr>
        <w:t>der</w:t>
      </w:r>
      <w:r w:rsidR="00427F1F" w:rsidRPr="00A767FD">
        <w:rPr>
          <w:rFonts w:ascii="Arial" w:hAnsi="Arial" w:cs="Arial"/>
          <w:sz w:val="22"/>
        </w:rPr>
        <w:t xml:space="preserve"> damals verfassten </w:t>
      </w:r>
      <w:r w:rsidR="004A7D02" w:rsidRPr="00A767FD">
        <w:rPr>
          <w:rFonts w:ascii="Arial" w:hAnsi="Arial" w:cs="Arial"/>
          <w:sz w:val="22"/>
        </w:rPr>
        <w:t xml:space="preserve">Geschichten </w:t>
      </w:r>
      <w:r w:rsidR="00427F1F" w:rsidRPr="00A767FD">
        <w:rPr>
          <w:rFonts w:ascii="Arial" w:hAnsi="Arial" w:cs="Arial"/>
          <w:sz w:val="22"/>
        </w:rPr>
        <w:t xml:space="preserve">waren </w:t>
      </w:r>
      <w:r w:rsidR="00E96988" w:rsidRPr="00A767FD">
        <w:rPr>
          <w:rFonts w:ascii="Arial" w:hAnsi="Arial" w:cs="Arial"/>
          <w:sz w:val="22"/>
        </w:rPr>
        <w:t xml:space="preserve">allerdings </w:t>
      </w:r>
      <w:r w:rsidR="00427F1F" w:rsidRPr="00A767FD">
        <w:rPr>
          <w:rFonts w:ascii="Arial" w:hAnsi="Arial" w:cs="Arial"/>
          <w:sz w:val="22"/>
        </w:rPr>
        <w:t>Science-Fiction</w:t>
      </w:r>
      <w:r w:rsidR="00E96988" w:rsidRPr="00A767FD">
        <w:rPr>
          <w:rFonts w:ascii="Arial" w:hAnsi="Arial" w:cs="Arial"/>
          <w:sz w:val="22"/>
        </w:rPr>
        <w:t xml:space="preserve">, </w:t>
      </w:r>
      <w:r w:rsidR="008D6BD4" w:rsidRPr="00A767FD">
        <w:rPr>
          <w:rFonts w:ascii="Arial" w:hAnsi="Arial" w:cs="Arial"/>
          <w:sz w:val="22"/>
        </w:rPr>
        <w:t>spielten</w:t>
      </w:r>
      <w:r w:rsidR="00E96988" w:rsidRPr="00A767FD">
        <w:rPr>
          <w:rFonts w:ascii="Arial" w:hAnsi="Arial" w:cs="Arial"/>
          <w:sz w:val="22"/>
        </w:rPr>
        <w:t xml:space="preserve"> also</w:t>
      </w:r>
      <w:r w:rsidR="008D6BD4" w:rsidRPr="00A767FD">
        <w:rPr>
          <w:rFonts w:ascii="Arial" w:hAnsi="Arial" w:cs="Arial"/>
          <w:sz w:val="22"/>
        </w:rPr>
        <w:t xml:space="preserve"> </w:t>
      </w:r>
      <w:r w:rsidR="00427F1F" w:rsidRPr="00A767FD">
        <w:rPr>
          <w:rFonts w:ascii="Arial" w:hAnsi="Arial" w:cs="Arial"/>
          <w:sz w:val="22"/>
        </w:rPr>
        <w:t>in einer spekulativen, fernen Zukunft</w:t>
      </w:r>
      <w:r w:rsidR="008D6BD4" w:rsidRPr="00A767FD">
        <w:rPr>
          <w:rFonts w:ascii="Arial" w:hAnsi="Arial" w:cs="Arial"/>
          <w:sz w:val="22"/>
        </w:rPr>
        <w:t xml:space="preserve">. </w:t>
      </w:r>
    </w:p>
    <w:p w14:paraId="3E9ADF7F" w14:textId="607F2923" w:rsidR="00D92D31" w:rsidRPr="00A767FD" w:rsidRDefault="00425D0D" w:rsidP="007E07F7">
      <w:pPr>
        <w:ind w:right="48"/>
        <w:rPr>
          <w:rFonts w:ascii="Arial" w:hAnsi="Arial" w:cs="Arial"/>
          <w:sz w:val="22"/>
        </w:rPr>
      </w:pPr>
      <w:r w:rsidRPr="00425D0D">
        <w:rPr>
          <w:rFonts w:ascii="Arial" w:hAnsi="Arial" w:cs="Arial"/>
          <w:b/>
          <w:bCs/>
          <w:sz w:val="22"/>
        </w:rPr>
        <w:t>Wenn Science</w:t>
      </w:r>
      <w:r w:rsidR="006C63A5">
        <w:rPr>
          <w:rFonts w:ascii="Arial" w:hAnsi="Arial" w:cs="Arial"/>
          <w:b/>
          <w:bCs/>
          <w:sz w:val="22"/>
        </w:rPr>
        <w:t>-</w:t>
      </w:r>
      <w:r w:rsidRPr="00425D0D">
        <w:rPr>
          <w:rFonts w:ascii="Arial" w:hAnsi="Arial" w:cs="Arial"/>
          <w:b/>
          <w:bCs/>
          <w:sz w:val="22"/>
        </w:rPr>
        <w:t>Fiction real wird</w:t>
      </w:r>
      <w:r w:rsidR="004857CC" w:rsidRPr="00425D0D">
        <w:rPr>
          <w:rFonts w:ascii="Arial" w:hAnsi="Arial" w:cs="Arial"/>
          <w:b/>
          <w:bCs/>
          <w:sz w:val="22"/>
        </w:rPr>
        <w:br/>
      </w:r>
      <w:r w:rsidR="004857CC" w:rsidRPr="00A767FD">
        <w:rPr>
          <w:rFonts w:ascii="Arial" w:hAnsi="Arial" w:cs="Arial"/>
          <w:sz w:val="22"/>
        </w:rPr>
        <w:br/>
      </w:r>
      <w:r w:rsidR="00584CC3" w:rsidRPr="00A767FD">
        <w:rPr>
          <w:rFonts w:ascii="Arial" w:hAnsi="Arial" w:cs="Arial"/>
          <w:sz w:val="22"/>
        </w:rPr>
        <w:t>Heute</w:t>
      </w:r>
      <w:r w:rsidR="002F7D25" w:rsidRPr="00A767FD">
        <w:rPr>
          <w:rFonts w:ascii="Arial" w:hAnsi="Arial" w:cs="Arial"/>
          <w:sz w:val="22"/>
        </w:rPr>
        <w:t xml:space="preserve"> </w:t>
      </w:r>
      <w:r w:rsidR="00E75B9B" w:rsidRPr="00A767FD">
        <w:rPr>
          <w:rFonts w:ascii="Arial" w:hAnsi="Arial" w:cs="Arial"/>
          <w:sz w:val="22"/>
        </w:rPr>
        <w:t xml:space="preserve">hingegen </w:t>
      </w:r>
      <w:r w:rsidR="002F7D25" w:rsidRPr="00A767FD">
        <w:rPr>
          <w:rFonts w:ascii="Arial" w:hAnsi="Arial" w:cs="Arial"/>
          <w:sz w:val="22"/>
        </w:rPr>
        <w:t>manifestiert sich auch in den Theaterstücke</w:t>
      </w:r>
      <w:r w:rsidR="002F5ECB" w:rsidRPr="00A767FD">
        <w:rPr>
          <w:rFonts w:ascii="Arial" w:hAnsi="Arial" w:cs="Arial"/>
          <w:sz w:val="22"/>
        </w:rPr>
        <w:t>n</w:t>
      </w:r>
      <w:r w:rsidR="002F7D25" w:rsidRPr="00A767FD">
        <w:rPr>
          <w:rFonts w:ascii="Arial" w:hAnsi="Arial" w:cs="Arial"/>
          <w:sz w:val="22"/>
        </w:rPr>
        <w:t xml:space="preserve"> und Romane</w:t>
      </w:r>
      <w:r w:rsidR="00747B10" w:rsidRPr="00A767FD">
        <w:rPr>
          <w:rFonts w:ascii="Arial" w:hAnsi="Arial" w:cs="Arial"/>
          <w:sz w:val="22"/>
        </w:rPr>
        <w:t>n</w:t>
      </w:r>
      <w:r w:rsidR="002F7D25" w:rsidRPr="00A767FD">
        <w:rPr>
          <w:rFonts w:ascii="Arial" w:hAnsi="Arial" w:cs="Arial"/>
          <w:sz w:val="22"/>
        </w:rPr>
        <w:t xml:space="preserve">, </w:t>
      </w:r>
      <w:r w:rsidR="00FF4E3B" w:rsidRPr="00A767FD">
        <w:rPr>
          <w:rFonts w:ascii="Arial" w:hAnsi="Arial" w:cs="Arial"/>
          <w:sz w:val="22"/>
        </w:rPr>
        <w:t>die</w:t>
      </w:r>
      <w:r w:rsidR="002F7D25" w:rsidRPr="00A767FD">
        <w:rPr>
          <w:rFonts w:ascii="Arial" w:hAnsi="Arial" w:cs="Arial"/>
          <w:sz w:val="22"/>
        </w:rPr>
        <w:t xml:space="preserve"> Hoydis analysiert, </w:t>
      </w:r>
      <w:r w:rsidR="004857CC" w:rsidRPr="00A767FD">
        <w:rPr>
          <w:rFonts w:ascii="Arial" w:hAnsi="Arial" w:cs="Arial"/>
          <w:sz w:val="22"/>
        </w:rPr>
        <w:t xml:space="preserve">wie stark </w:t>
      </w:r>
      <w:r w:rsidR="002F7D25" w:rsidRPr="00A767FD">
        <w:rPr>
          <w:rFonts w:ascii="Arial" w:hAnsi="Arial" w:cs="Arial"/>
          <w:sz w:val="22"/>
        </w:rPr>
        <w:t>die Klimakrise</w:t>
      </w:r>
      <w:r w:rsidR="00EB54AA" w:rsidRPr="00A767FD">
        <w:rPr>
          <w:rFonts w:ascii="Arial" w:hAnsi="Arial" w:cs="Arial"/>
          <w:sz w:val="22"/>
        </w:rPr>
        <w:t xml:space="preserve"> seitdem </w:t>
      </w:r>
      <w:r w:rsidR="00274E61" w:rsidRPr="00A767FD">
        <w:rPr>
          <w:rFonts w:ascii="Arial" w:hAnsi="Arial" w:cs="Arial"/>
          <w:sz w:val="22"/>
        </w:rPr>
        <w:t>eskaliert</w:t>
      </w:r>
      <w:r w:rsidR="004857CC" w:rsidRPr="00A767FD">
        <w:rPr>
          <w:rFonts w:ascii="Arial" w:hAnsi="Arial" w:cs="Arial"/>
          <w:sz w:val="22"/>
        </w:rPr>
        <w:t>e</w:t>
      </w:r>
      <w:r w:rsidR="00EB54AA" w:rsidRPr="00A767FD">
        <w:rPr>
          <w:rFonts w:ascii="Arial" w:hAnsi="Arial" w:cs="Arial"/>
          <w:sz w:val="22"/>
        </w:rPr>
        <w:t xml:space="preserve"> </w:t>
      </w:r>
      <w:r w:rsidR="00DE4E07" w:rsidRPr="00A767FD">
        <w:rPr>
          <w:rFonts w:ascii="Arial" w:hAnsi="Arial" w:cs="Arial"/>
          <w:sz w:val="22"/>
        </w:rPr>
        <w:t xml:space="preserve">und </w:t>
      </w:r>
      <w:r w:rsidR="004857CC" w:rsidRPr="00A767FD">
        <w:rPr>
          <w:rFonts w:ascii="Arial" w:hAnsi="Arial" w:cs="Arial"/>
          <w:sz w:val="22"/>
        </w:rPr>
        <w:t xml:space="preserve">wie sehr sie bereits </w:t>
      </w:r>
      <w:r w:rsidR="00DE4E07" w:rsidRPr="00A767FD">
        <w:rPr>
          <w:rFonts w:ascii="Arial" w:hAnsi="Arial" w:cs="Arial"/>
          <w:sz w:val="22"/>
        </w:rPr>
        <w:t xml:space="preserve">Teil unseres Alltags </w:t>
      </w:r>
      <w:r w:rsidR="00EB54AA" w:rsidRPr="00A767FD">
        <w:rPr>
          <w:rFonts w:ascii="Arial" w:hAnsi="Arial" w:cs="Arial"/>
          <w:sz w:val="22"/>
        </w:rPr>
        <w:t>ist</w:t>
      </w:r>
      <w:r w:rsidR="002F7D25" w:rsidRPr="00A767FD">
        <w:rPr>
          <w:rFonts w:ascii="Arial" w:hAnsi="Arial" w:cs="Arial"/>
          <w:sz w:val="22"/>
        </w:rPr>
        <w:t>.</w:t>
      </w:r>
      <w:r w:rsidR="00180339" w:rsidRPr="00A767FD">
        <w:rPr>
          <w:rFonts w:ascii="Arial" w:hAnsi="Arial" w:cs="Arial"/>
          <w:sz w:val="22"/>
        </w:rPr>
        <w:t xml:space="preserve"> </w:t>
      </w:r>
      <w:r w:rsidR="00E75B9B" w:rsidRPr="00A767FD">
        <w:rPr>
          <w:rFonts w:ascii="Arial" w:hAnsi="Arial" w:cs="Arial"/>
          <w:sz w:val="22"/>
        </w:rPr>
        <w:t xml:space="preserve">Inzwischen </w:t>
      </w:r>
      <w:r w:rsidR="00C06A0B" w:rsidRPr="00A767FD">
        <w:rPr>
          <w:rFonts w:ascii="Arial" w:hAnsi="Arial" w:cs="Arial"/>
          <w:sz w:val="22"/>
        </w:rPr>
        <w:t xml:space="preserve">platzieren </w:t>
      </w:r>
      <w:r>
        <w:rPr>
          <w:rFonts w:ascii="Arial" w:hAnsi="Arial" w:cs="Arial"/>
          <w:sz w:val="22"/>
        </w:rPr>
        <w:t>Schriftsteller:innen und Theatermacher:innen</w:t>
      </w:r>
      <w:r w:rsidR="00C06A0B" w:rsidRPr="00A767FD">
        <w:rPr>
          <w:rFonts w:ascii="Arial" w:hAnsi="Arial" w:cs="Arial"/>
          <w:sz w:val="22"/>
        </w:rPr>
        <w:t xml:space="preserve"> ihre Klima</w:t>
      </w:r>
      <w:r>
        <w:rPr>
          <w:rFonts w:ascii="Arial" w:hAnsi="Arial" w:cs="Arial"/>
          <w:sz w:val="22"/>
        </w:rPr>
        <w:t>g</w:t>
      </w:r>
      <w:r w:rsidR="00C06A0B" w:rsidRPr="00A767FD">
        <w:rPr>
          <w:rFonts w:ascii="Arial" w:hAnsi="Arial" w:cs="Arial"/>
          <w:sz w:val="22"/>
        </w:rPr>
        <w:t xml:space="preserve">eschichten </w:t>
      </w:r>
      <w:r w:rsidR="003B6F4D" w:rsidRPr="00A767FD">
        <w:rPr>
          <w:rFonts w:ascii="Arial" w:hAnsi="Arial" w:cs="Arial"/>
          <w:sz w:val="22"/>
        </w:rPr>
        <w:t xml:space="preserve">in </w:t>
      </w:r>
      <w:r w:rsidR="00472066" w:rsidRPr="00A767FD">
        <w:rPr>
          <w:rFonts w:ascii="Arial" w:hAnsi="Arial" w:cs="Arial"/>
          <w:sz w:val="22"/>
        </w:rPr>
        <w:t xml:space="preserve">einer vagen nahen Zukunft, im Jetzt oder </w:t>
      </w:r>
      <w:r w:rsidR="00E75B9B" w:rsidRPr="00A767FD">
        <w:rPr>
          <w:rFonts w:ascii="Arial" w:hAnsi="Arial" w:cs="Arial"/>
          <w:sz w:val="22"/>
        </w:rPr>
        <w:t xml:space="preserve">gar in </w:t>
      </w:r>
      <w:r w:rsidR="00472066" w:rsidRPr="00A767FD">
        <w:rPr>
          <w:rFonts w:ascii="Arial" w:hAnsi="Arial" w:cs="Arial"/>
          <w:sz w:val="22"/>
        </w:rPr>
        <w:t>der nahen Vergangenheit.</w:t>
      </w:r>
      <w:r w:rsidR="00EC5B5B" w:rsidRPr="00A767FD">
        <w:rPr>
          <w:rFonts w:ascii="Arial" w:hAnsi="Arial" w:cs="Arial"/>
          <w:sz w:val="22"/>
        </w:rPr>
        <w:t xml:space="preserve"> </w:t>
      </w:r>
      <w:r w:rsidR="00AC7A50" w:rsidRPr="00A767FD">
        <w:rPr>
          <w:rFonts w:ascii="Arial" w:hAnsi="Arial" w:cs="Arial"/>
          <w:sz w:val="22"/>
        </w:rPr>
        <w:t>„Es ist schlicht schwer, zeitgenössische Literatur zu schreiben, die sich nicht mit der Realität wie heißen Sommern beschäftigt“, sagt</w:t>
      </w:r>
      <w:r w:rsidR="007057A2" w:rsidRPr="00A767FD">
        <w:rPr>
          <w:rFonts w:ascii="Arial" w:hAnsi="Arial" w:cs="Arial"/>
          <w:sz w:val="22"/>
        </w:rPr>
        <w:t xml:space="preserve"> Julia Hoydis</w:t>
      </w:r>
      <w:r w:rsidR="00AC7A50" w:rsidRPr="00A767FD">
        <w:rPr>
          <w:rFonts w:ascii="Arial" w:hAnsi="Arial" w:cs="Arial"/>
          <w:sz w:val="22"/>
        </w:rPr>
        <w:t>.</w:t>
      </w:r>
      <w:r w:rsidR="009C192A" w:rsidRPr="00A767FD">
        <w:rPr>
          <w:rFonts w:ascii="Arial" w:hAnsi="Arial" w:cs="Arial"/>
          <w:sz w:val="22"/>
        </w:rPr>
        <w:t xml:space="preserve"> Der Roman </w:t>
      </w:r>
      <w:r w:rsidR="00581648">
        <w:rPr>
          <w:rFonts w:ascii="Arial" w:hAnsi="Arial" w:cs="Arial"/>
          <w:sz w:val="22"/>
        </w:rPr>
        <w:t>„</w:t>
      </w:r>
      <w:r w:rsidR="009C192A" w:rsidRPr="00581648">
        <w:rPr>
          <w:rFonts w:ascii="Arial" w:hAnsi="Arial" w:cs="Arial"/>
          <w:sz w:val="22"/>
        </w:rPr>
        <w:t>Und dann verschwand die Zeit</w:t>
      </w:r>
      <w:r w:rsidR="00581648">
        <w:rPr>
          <w:rFonts w:ascii="Arial" w:hAnsi="Arial" w:cs="Arial"/>
          <w:sz w:val="22"/>
        </w:rPr>
        <w:t>“</w:t>
      </w:r>
      <w:r w:rsidR="009C192A" w:rsidRPr="00A767FD">
        <w:rPr>
          <w:rFonts w:ascii="Arial" w:hAnsi="Arial" w:cs="Arial"/>
          <w:sz w:val="22"/>
        </w:rPr>
        <w:t xml:space="preserve"> </w:t>
      </w:r>
      <w:r w:rsidR="003D7DD8" w:rsidRPr="00A767FD">
        <w:rPr>
          <w:rFonts w:ascii="Arial" w:hAnsi="Arial" w:cs="Arial"/>
          <w:sz w:val="22"/>
        </w:rPr>
        <w:t xml:space="preserve">der britischen Autorin Jesse Greengrass aus dem Jahr 2021 </w:t>
      </w:r>
      <w:r w:rsidR="009C192A" w:rsidRPr="00A767FD">
        <w:rPr>
          <w:rFonts w:ascii="Arial" w:hAnsi="Arial" w:cs="Arial"/>
          <w:sz w:val="22"/>
        </w:rPr>
        <w:t>beispielsweise erzählt von einer Umweltforscherin, die in einem</w:t>
      </w:r>
      <w:r w:rsidR="002626BA" w:rsidRPr="00A767FD">
        <w:rPr>
          <w:rFonts w:ascii="Arial" w:hAnsi="Arial" w:cs="Arial"/>
          <w:sz w:val="22"/>
        </w:rPr>
        <w:t xml:space="preserve"> von ihr</w:t>
      </w:r>
      <w:r w:rsidR="009C192A" w:rsidRPr="00A767FD">
        <w:rPr>
          <w:rFonts w:ascii="Arial" w:hAnsi="Arial" w:cs="Arial"/>
          <w:sz w:val="22"/>
        </w:rPr>
        <w:t xml:space="preserve"> </w:t>
      </w:r>
      <w:r w:rsidR="002626BA" w:rsidRPr="00A767FD">
        <w:rPr>
          <w:rFonts w:ascii="Arial" w:hAnsi="Arial" w:cs="Arial"/>
          <w:sz w:val="22"/>
        </w:rPr>
        <w:t xml:space="preserve">konzipierten, sturmsicheren Haus auf einer Anhöhe </w:t>
      </w:r>
      <w:r w:rsidR="00312C10" w:rsidRPr="00A767FD">
        <w:rPr>
          <w:rFonts w:ascii="Arial" w:hAnsi="Arial" w:cs="Arial"/>
          <w:sz w:val="22"/>
        </w:rPr>
        <w:t xml:space="preserve">an der britischen Küste </w:t>
      </w:r>
      <w:r w:rsidR="009C192A" w:rsidRPr="00A767FD">
        <w:rPr>
          <w:rFonts w:ascii="Arial" w:hAnsi="Arial" w:cs="Arial"/>
          <w:sz w:val="22"/>
        </w:rPr>
        <w:t>Zuflucht vor der Klimakatastrophe sucht.</w:t>
      </w:r>
    </w:p>
    <w:p w14:paraId="7625974C" w14:textId="6ED77449" w:rsidR="00F378C8" w:rsidRPr="00A767FD" w:rsidRDefault="00C51576" w:rsidP="007E07F7">
      <w:pPr>
        <w:ind w:right="48"/>
        <w:rPr>
          <w:rFonts w:ascii="Arial" w:hAnsi="Arial" w:cs="Arial"/>
          <w:sz w:val="22"/>
          <w:lang w:val="de-AT"/>
        </w:rPr>
      </w:pPr>
      <w:r w:rsidRPr="00A767FD">
        <w:rPr>
          <w:rFonts w:ascii="Arial" w:hAnsi="Arial" w:cs="Arial"/>
          <w:b/>
          <w:bCs/>
          <w:sz w:val="22"/>
        </w:rPr>
        <w:t>Zukunfts</w:t>
      </w:r>
      <w:r w:rsidR="00E75B9B" w:rsidRPr="00A767FD">
        <w:rPr>
          <w:rFonts w:ascii="Arial" w:hAnsi="Arial" w:cs="Arial"/>
          <w:b/>
          <w:bCs/>
          <w:sz w:val="22"/>
        </w:rPr>
        <w:t>g</w:t>
      </w:r>
      <w:r w:rsidR="003F5A8D" w:rsidRPr="00A767FD">
        <w:rPr>
          <w:rFonts w:ascii="Arial" w:hAnsi="Arial" w:cs="Arial"/>
          <w:b/>
          <w:bCs/>
          <w:sz w:val="22"/>
        </w:rPr>
        <w:t>eschichten</w:t>
      </w:r>
      <w:r w:rsidR="00D92D31" w:rsidRPr="00A767FD">
        <w:rPr>
          <w:rFonts w:ascii="Arial" w:hAnsi="Arial" w:cs="Arial"/>
          <w:b/>
          <w:bCs/>
          <w:sz w:val="22"/>
        </w:rPr>
        <w:t xml:space="preserve"> </w:t>
      </w:r>
      <w:r w:rsidRPr="00A767FD">
        <w:rPr>
          <w:rFonts w:ascii="Arial" w:hAnsi="Arial" w:cs="Arial"/>
          <w:b/>
          <w:bCs/>
          <w:sz w:val="22"/>
        </w:rPr>
        <w:t>vom</w:t>
      </w:r>
      <w:r w:rsidR="00D92D31" w:rsidRPr="00A767FD">
        <w:rPr>
          <w:rFonts w:ascii="Arial" w:hAnsi="Arial" w:cs="Arial"/>
          <w:b/>
          <w:bCs/>
          <w:sz w:val="22"/>
        </w:rPr>
        <w:t xml:space="preserve"> Ende der Zeit</w:t>
      </w:r>
      <w:r w:rsidR="00CC566A" w:rsidRPr="00A767FD">
        <w:rPr>
          <w:rFonts w:ascii="Arial" w:hAnsi="Arial" w:cs="Arial"/>
          <w:sz w:val="22"/>
        </w:rPr>
        <w:br/>
      </w:r>
      <w:r w:rsidR="00F378C8" w:rsidRPr="00A767FD">
        <w:rPr>
          <w:rFonts w:ascii="Arial" w:hAnsi="Arial" w:cs="Arial"/>
          <w:sz w:val="22"/>
        </w:rPr>
        <w:br/>
      </w:r>
      <w:r w:rsidR="00BD43F2" w:rsidRPr="00A767FD">
        <w:rPr>
          <w:rFonts w:ascii="Arial" w:hAnsi="Arial" w:cs="Arial"/>
          <w:sz w:val="22"/>
        </w:rPr>
        <w:t xml:space="preserve">Viele der Stücke und Texte verhandeln literarisch Trauer-, Schuld- und Verlustgefühle. Auch Generationenkonflikte sind </w:t>
      </w:r>
      <w:r w:rsidR="00581648">
        <w:rPr>
          <w:rFonts w:ascii="Arial" w:hAnsi="Arial" w:cs="Arial"/>
          <w:sz w:val="22"/>
        </w:rPr>
        <w:t xml:space="preserve">ein </w:t>
      </w:r>
      <w:r w:rsidR="00BD43F2" w:rsidRPr="00A767FD">
        <w:rPr>
          <w:rFonts w:ascii="Arial" w:hAnsi="Arial" w:cs="Arial"/>
          <w:sz w:val="22"/>
        </w:rPr>
        <w:t>häufig</w:t>
      </w:r>
      <w:r w:rsidR="00581648">
        <w:rPr>
          <w:rFonts w:ascii="Arial" w:hAnsi="Arial" w:cs="Arial"/>
          <w:sz w:val="22"/>
        </w:rPr>
        <w:t>es</w:t>
      </w:r>
      <w:r w:rsidR="00BD43F2" w:rsidRPr="00A767FD">
        <w:rPr>
          <w:rFonts w:ascii="Arial" w:hAnsi="Arial" w:cs="Arial"/>
          <w:sz w:val="22"/>
        </w:rPr>
        <w:t xml:space="preserve"> Thema. „Heiter sind sie alle nicht“, bringt es die Forscherin auf den Punkt. Besonders provokant und eindrücklich manifestiert sich das im Theaterstück </w:t>
      </w:r>
      <w:r w:rsidR="00581648">
        <w:rPr>
          <w:rFonts w:ascii="Arial" w:hAnsi="Arial" w:cs="Arial"/>
          <w:sz w:val="22"/>
        </w:rPr>
        <w:t>„</w:t>
      </w:r>
      <w:r w:rsidR="00BD43F2" w:rsidRPr="00581648">
        <w:rPr>
          <w:rFonts w:ascii="Arial" w:hAnsi="Arial" w:cs="Arial"/>
          <w:sz w:val="22"/>
        </w:rPr>
        <w:t>Das Tribunal</w:t>
      </w:r>
      <w:r w:rsidR="00581648">
        <w:rPr>
          <w:rFonts w:ascii="Arial" w:hAnsi="Arial" w:cs="Arial"/>
          <w:sz w:val="22"/>
        </w:rPr>
        <w:t>“</w:t>
      </w:r>
      <w:r w:rsidR="00A65EF1" w:rsidRPr="00A767FD">
        <w:rPr>
          <w:rFonts w:ascii="Arial" w:hAnsi="Arial" w:cs="Arial"/>
          <w:i/>
          <w:iCs/>
          <w:sz w:val="22"/>
        </w:rPr>
        <w:t xml:space="preserve"> </w:t>
      </w:r>
      <w:r w:rsidR="00A65EF1" w:rsidRPr="00A767FD">
        <w:rPr>
          <w:rFonts w:ascii="Arial" w:hAnsi="Arial" w:cs="Arial"/>
          <w:sz w:val="22"/>
        </w:rPr>
        <w:t>der britischen Dramatikerin Dawn King aus dem Jahr 2022.</w:t>
      </w:r>
      <w:r w:rsidR="00BD43F2" w:rsidRPr="00A767FD">
        <w:rPr>
          <w:rFonts w:ascii="Arial" w:hAnsi="Arial" w:cs="Arial"/>
          <w:sz w:val="22"/>
        </w:rPr>
        <w:t xml:space="preserve"> Es spielt in der nahen Zukunft im klimatischen Kollaps, in der ein Tribunal aus zwölf Jugendlichen in einer Schule über das ehemalige klimaschädliche Verhalten von Erwachsenen urteilt. Bei Schuldspruch erwartet die </w:t>
      </w:r>
      <w:r w:rsidR="00581648">
        <w:rPr>
          <w:rFonts w:ascii="Arial" w:hAnsi="Arial" w:cs="Arial"/>
          <w:sz w:val="22"/>
        </w:rPr>
        <w:t>Schuldigen</w:t>
      </w:r>
      <w:r w:rsidR="00BD43F2" w:rsidRPr="00A767FD">
        <w:rPr>
          <w:rFonts w:ascii="Arial" w:hAnsi="Arial" w:cs="Arial"/>
          <w:sz w:val="22"/>
        </w:rPr>
        <w:t xml:space="preserve"> die Exekution.</w:t>
      </w:r>
      <w:r w:rsidR="00BD43F2" w:rsidRPr="00A767FD">
        <w:rPr>
          <w:rFonts w:ascii="Arial" w:hAnsi="Arial" w:cs="Arial"/>
          <w:sz w:val="22"/>
          <w:lang w:val="de-AT"/>
        </w:rPr>
        <w:t xml:space="preserve"> </w:t>
      </w:r>
    </w:p>
    <w:p w14:paraId="38DBE5B0" w14:textId="095A1AB4" w:rsidR="00457C12" w:rsidRPr="00A767FD" w:rsidRDefault="002F6600" w:rsidP="007E07F7">
      <w:pPr>
        <w:ind w:right="48"/>
        <w:rPr>
          <w:rFonts w:ascii="Arial" w:hAnsi="Arial" w:cs="Arial"/>
          <w:sz w:val="22"/>
        </w:rPr>
      </w:pPr>
      <w:r w:rsidRPr="00A767FD">
        <w:rPr>
          <w:rFonts w:ascii="Arial" w:hAnsi="Arial" w:cs="Arial"/>
          <w:sz w:val="22"/>
        </w:rPr>
        <w:t>Auch Endzeiterzählungen fanden die Forsche</w:t>
      </w:r>
      <w:r w:rsidR="004035B7" w:rsidRPr="00A767FD">
        <w:rPr>
          <w:rFonts w:ascii="Arial" w:hAnsi="Arial" w:cs="Arial"/>
          <w:sz w:val="22"/>
        </w:rPr>
        <w:t>nden</w:t>
      </w:r>
      <w:r w:rsidRPr="00A767FD">
        <w:rPr>
          <w:rFonts w:ascii="Arial" w:hAnsi="Arial" w:cs="Arial"/>
          <w:sz w:val="22"/>
        </w:rPr>
        <w:t xml:space="preserve"> häufig. </w:t>
      </w:r>
      <w:r w:rsidR="00457C12" w:rsidRPr="00A767FD">
        <w:rPr>
          <w:rFonts w:ascii="Arial" w:hAnsi="Arial" w:cs="Arial"/>
          <w:sz w:val="22"/>
        </w:rPr>
        <w:t xml:space="preserve">Viele </w:t>
      </w:r>
      <w:r w:rsidR="00581648">
        <w:rPr>
          <w:rFonts w:ascii="Arial" w:hAnsi="Arial" w:cs="Arial"/>
          <w:sz w:val="22"/>
        </w:rPr>
        <w:t>schildern</w:t>
      </w:r>
      <w:r w:rsidR="00457C12" w:rsidRPr="00A767FD">
        <w:rPr>
          <w:rFonts w:ascii="Arial" w:hAnsi="Arial" w:cs="Arial"/>
          <w:sz w:val="22"/>
        </w:rPr>
        <w:t xml:space="preserve"> eine</w:t>
      </w:r>
      <w:r w:rsidR="00581648">
        <w:rPr>
          <w:rFonts w:ascii="Arial" w:hAnsi="Arial" w:cs="Arial"/>
          <w:sz w:val="22"/>
        </w:rPr>
        <w:t xml:space="preserve"> </w:t>
      </w:r>
      <w:r w:rsidR="000E4BCA" w:rsidRPr="00A767FD">
        <w:rPr>
          <w:rFonts w:ascii="Arial" w:hAnsi="Arial" w:cs="Arial"/>
          <w:sz w:val="22"/>
        </w:rPr>
        <w:t xml:space="preserve">dystopische </w:t>
      </w:r>
      <w:r w:rsidR="00457C12" w:rsidRPr="00A767FD">
        <w:rPr>
          <w:rFonts w:ascii="Arial" w:hAnsi="Arial" w:cs="Arial"/>
          <w:sz w:val="22"/>
        </w:rPr>
        <w:t xml:space="preserve">Zukunft, in der eine Handvoll Überlebende </w:t>
      </w:r>
      <w:r w:rsidR="00F75D00" w:rsidRPr="00A767FD">
        <w:rPr>
          <w:rFonts w:ascii="Arial" w:hAnsi="Arial" w:cs="Arial"/>
          <w:sz w:val="22"/>
        </w:rPr>
        <w:t>auf einem zerstörten Planeten oder fernab davon v</w:t>
      </w:r>
      <w:r w:rsidR="00457C12" w:rsidRPr="00A767FD">
        <w:rPr>
          <w:rFonts w:ascii="Arial" w:hAnsi="Arial" w:cs="Arial"/>
          <w:sz w:val="22"/>
        </w:rPr>
        <w:t xml:space="preserve">on </w:t>
      </w:r>
      <w:r w:rsidR="00581648">
        <w:rPr>
          <w:rFonts w:ascii="Arial" w:hAnsi="Arial" w:cs="Arial"/>
          <w:sz w:val="22"/>
        </w:rPr>
        <w:t>N</w:t>
      </w:r>
      <w:r w:rsidR="00457C12" w:rsidRPr="00A767FD">
        <w:rPr>
          <w:rFonts w:ascii="Arial" w:hAnsi="Arial" w:cs="Arial"/>
          <w:sz w:val="22"/>
        </w:rPr>
        <w:t xml:space="preserve">euem beginnen müssen. </w:t>
      </w:r>
      <w:r w:rsidR="008D3749" w:rsidRPr="00A767FD">
        <w:rPr>
          <w:rFonts w:ascii="Arial" w:hAnsi="Arial" w:cs="Arial"/>
          <w:sz w:val="22"/>
        </w:rPr>
        <w:t>„Ich suche noch nach den Utopien“, sagt Julia Hoydis</w:t>
      </w:r>
      <w:r w:rsidR="00857237" w:rsidRPr="00A767FD">
        <w:rPr>
          <w:rFonts w:ascii="Arial" w:hAnsi="Arial" w:cs="Arial"/>
          <w:sz w:val="22"/>
        </w:rPr>
        <w:t xml:space="preserve"> nüchtern. </w:t>
      </w:r>
      <w:r w:rsidR="00457C12" w:rsidRPr="00A767FD">
        <w:rPr>
          <w:rFonts w:ascii="Arial" w:hAnsi="Arial" w:cs="Arial"/>
          <w:sz w:val="22"/>
        </w:rPr>
        <w:t>In keinem der Texte, die sie analysierte, wird der Wandel hin zu einer klimaneutralen und gerechten Gesellschaft skizziert. Literatur</w:t>
      </w:r>
      <w:r w:rsidR="00F47080" w:rsidRPr="00A767FD">
        <w:rPr>
          <w:rFonts w:ascii="Arial" w:hAnsi="Arial" w:cs="Arial"/>
          <w:sz w:val="22"/>
        </w:rPr>
        <w:t xml:space="preserve"> </w:t>
      </w:r>
      <w:r w:rsidR="006B5C87" w:rsidRPr="00A767FD">
        <w:rPr>
          <w:rFonts w:ascii="Arial" w:hAnsi="Arial" w:cs="Arial"/>
          <w:sz w:val="22"/>
        </w:rPr>
        <w:t>könne</w:t>
      </w:r>
      <w:r w:rsidR="00457C12" w:rsidRPr="00A767FD">
        <w:rPr>
          <w:rFonts w:ascii="Arial" w:hAnsi="Arial" w:cs="Arial"/>
          <w:sz w:val="22"/>
        </w:rPr>
        <w:t xml:space="preserve"> auch zeigen, was deren Macher</w:t>
      </w:r>
      <w:r w:rsidR="00581648">
        <w:rPr>
          <w:rFonts w:ascii="Arial" w:hAnsi="Arial" w:cs="Arial"/>
          <w:sz w:val="22"/>
        </w:rPr>
        <w:t>:innen</w:t>
      </w:r>
      <w:r w:rsidR="00457C12" w:rsidRPr="00A767FD">
        <w:rPr>
          <w:rFonts w:ascii="Arial" w:hAnsi="Arial" w:cs="Arial"/>
          <w:sz w:val="22"/>
        </w:rPr>
        <w:t xml:space="preserve"> über die menschliche Natur denken</w:t>
      </w:r>
      <w:r w:rsidR="006B5C87" w:rsidRPr="00A767FD">
        <w:rPr>
          <w:rFonts w:ascii="Arial" w:hAnsi="Arial" w:cs="Arial"/>
          <w:sz w:val="22"/>
        </w:rPr>
        <w:t>, erklärt die Wissenschaftlerin.</w:t>
      </w:r>
      <w:r w:rsidR="00457C12" w:rsidRPr="00A767FD">
        <w:rPr>
          <w:rFonts w:ascii="Arial" w:hAnsi="Arial" w:cs="Arial"/>
          <w:sz w:val="22"/>
        </w:rPr>
        <w:t xml:space="preserve"> Viele scheinen zu glauben, dass diese sich nicht grundlegend ändern könne.</w:t>
      </w:r>
    </w:p>
    <w:p w14:paraId="772D8182" w14:textId="60BF2FF3" w:rsidR="007470BB" w:rsidRPr="00A767FD" w:rsidRDefault="007470BB" w:rsidP="007E07F7">
      <w:pPr>
        <w:ind w:right="48"/>
        <w:rPr>
          <w:rFonts w:ascii="Arial" w:hAnsi="Arial" w:cs="Arial"/>
          <w:sz w:val="22"/>
        </w:rPr>
      </w:pPr>
      <w:r w:rsidRPr="00A767FD">
        <w:rPr>
          <w:rFonts w:ascii="Arial" w:hAnsi="Arial" w:cs="Arial"/>
          <w:sz w:val="22"/>
        </w:rPr>
        <w:t xml:space="preserve">Was </w:t>
      </w:r>
      <w:r w:rsidR="00581648">
        <w:rPr>
          <w:rFonts w:ascii="Arial" w:hAnsi="Arial" w:cs="Arial"/>
          <w:sz w:val="22"/>
        </w:rPr>
        <w:t>die Literaturwissenschaftlerin</w:t>
      </w:r>
      <w:r w:rsidRPr="00A767FD">
        <w:rPr>
          <w:rFonts w:ascii="Arial" w:hAnsi="Arial" w:cs="Arial"/>
          <w:sz w:val="22"/>
        </w:rPr>
        <w:t xml:space="preserve"> allerdings überraschte, war der Gender</w:t>
      </w:r>
      <w:r w:rsidR="006359A0">
        <w:rPr>
          <w:rFonts w:ascii="Arial" w:hAnsi="Arial" w:cs="Arial"/>
          <w:sz w:val="22"/>
        </w:rPr>
        <w:t>a</w:t>
      </w:r>
      <w:r w:rsidRPr="00A767FD">
        <w:rPr>
          <w:rFonts w:ascii="Arial" w:hAnsi="Arial" w:cs="Arial"/>
          <w:sz w:val="22"/>
        </w:rPr>
        <w:t>spekt vieler Erzählungen. In vielen Romanen und Theaterstücken kamen schwangere Frauen als einige der wenigen Überlebenden vor. Ihr ungeborenes Kind symbolisierte Hoffnung für die Zukunft der Menschheit. „Diese Erzählung“, so Hoydis</w:t>
      </w:r>
      <w:r w:rsidR="006A55B3" w:rsidRPr="00A767FD">
        <w:rPr>
          <w:rFonts w:ascii="Arial" w:hAnsi="Arial" w:cs="Arial"/>
          <w:sz w:val="22"/>
        </w:rPr>
        <w:t>,</w:t>
      </w:r>
      <w:r w:rsidRPr="00A767FD">
        <w:rPr>
          <w:rFonts w:ascii="Arial" w:hAnsi="Arial" w:cs="Arial"/>
          <w:sz w:val="22"/>
        </w:rPr>
        <w:t xml:space="preserve"> „ist dann doch sehr konservativ.“</w:t>
      </w:r>
    </w:p>
    <w:p w14:paraId="48BBEE49" w14:textId="77777777" w:rsidR="007E07F7" w:rsidRDefault="007E07F7" w:rsidP="007E07F7">
      <w:pPr>
        <w:ind w:right="48"/>
        <w:rPr>
          <w:rFonts w:ascii="Arial" w:hAnsi="Arial" w:cs="Arial"/>
          <w:b/>
          <w:bCs/>
          <w:sz w:val="22"/>
        </w:rPr>
      </w:pPr>
    </w:p>
    <w:p w14:paraId="27CE567C" w14:textId="31BA076F" w:rsidR="007470BB" w:rsidRPr="00A767FD" w:rsidRDefault="007470BB" w:rsidP="007E07F7">
      <w:pPr>
        <w:ind w:right="48"/>
        <w:rPr>
          <w:rFonts w:ascii="Arial" w:hAnsi="Arial" w:cs="Arial"/>
          <w:b/>
          <w:bCs/>
          <w:sz w:val="22"/>
        </w:rPr>
      </w:pPr>
      <w:r w:rsidRPr="00A767FD">
        <w:rPr>
          <w:rFonts w:ascii="Arial" w:hAnsi="Arial" w:cs="Arial"/>
          <w:b/>
          <w:bCs/>
          <w:sz w:val="22"/>
        </w:rPr>
        <w:lastRenderedPageBreak/>
        <w:t>Klima</w:t>
      </w:r>
      <w:r w:rsidR="00DE1E25" w:rsidRPr="00A767FD">
        <w:rPr>
          <w:rFonts w:ascii="Arial" w:hAnsi="Arial" w:cs="Arial"/>
          <w:b/>
          <w:bCs/>
          <w:sz w:val="22"/>
        </w:rPr>
        <w:t>v</w:t>
      </w:r>
      <w:r w:rsidRPr="00A767FD">
        <w:rPr>
          <w:rFonts w:ascii="Arial" w:hAnsi="Arial" w:cs="Arial"/>
          <w:b/>
          <w:bCs/>
          <w:sz w:val="22"/>
        </w:rPr>
        <w:t>isionen auf Insta</w:t>
      </w:r>
    </w:p>
    <w:p w14:paraId="31D88912" w14:textId="60051A76" w:rsidR="007470BB" w:rsidRPr="00A767FD" w:rsidRDefault="007470BB" w:rsidP="007E07F7">
      <w:pPr>
        <w:ind w:right="48"/>
        <w:rPr>
          <w:rFonts w:ascii="Arial" w:hAnsi="Arial" w:cs="Arial"/>
          <w:sz w:val="22"/>
        </w:rPr>
      </w:pPr>
      <w:r w:rsidRPr="00A767FD">
        <w:rPr>
          <w:rFonts w:ascii="Arial" w:hAnsi="Arial" w:cs="Arial"/>
          <w:sz w:val="22"/>
        </w:rPr>
        <w:t xml:space="preserve">In einem anderen Arbeitspaket ergründeten der Wissenschafts- und Technikforscher Warren Peace und die Linguistin Carolin Schwegler, welche kulturellen Klimamodellierungen auf den Plattformen X (Twitter), Tiktok und Instagram kursieren. Sie analysierten rund 29.500 Kurzvideos, Postings und Begleittexte und machten so unter anderem eine neue </w:t>
      </w:r>
      <w:r w:rsidR="00581648">
        <w:rPr>
          <w:rFonts w:ascii="Arial" w:hAnsi="Arial" w:cs="Arial"/>
          <w:sz w:val="22"/>
        </w:rPr>
        <w:t>k</w:t>
      </w:r>
      <w:r w:rsidRPr="00A767FD">
        <w:rPr>
          <w:rFonts w:ascii="Arial" w:hAnsi="Arial" w:cs="Arial"/>
          <w:sz w:val="22"/>
        </w:rPr>
        <w:t>limabezogene Bildsprache auf Instagram sichtbar. User</w:t>
      </w:r>
      <w:r w:rsidR="00581648">
        <w:rPr>
          <w:rFonts w:ascii="Arial" w:hAnsi="Arial" w:cs="Arial"/>
          <w:sz w:val="22"/>
        </w:rPr>
        <w:t>:innen</w:t>
      </w:r>
      <w:r w:rsidRPr="00A767FD">
        <w:rPr>
          <w:rFonts w:ascii="Arial" w:hAnsi="Arial" w:cs="Arial"/>
          <w:sz w:val="22"/>
        </w:rPr>
        <w:t xml:space="preserve"> binden mittlerweile vermehrt Texte in Bildern, Videos und Grafiken ein, erstellen Infografiken und Memes oder kombinieren Datenvisualisierungen mit persönlichen Geschichten. Mit Gegenüberstellungen und Swipe-Bildern kommunizieren sie die Schere zwischen Ist- und Soll-Zustand, etwa zwischen einem abgeholzten und einem wiederaufgeforsteten Regenwald-Abschnitt</w:t>
      </w:r>
      <w:r w:rsidR="00581648">
        <w:rPr>
          <w:rFonts w:ascii="Arial" w:hAnsi="Arial" w:cs="Arial"/>
          <w:sz w:val="22"/>
        </w:rPr>
        <w:t>,</w:t>
      </w:r>
      <w:r w:rsidRPr="00A767FD">
        <w:rPr>
          <w:rFonts w:ascii="Arial" w:hAnsi="Arial" w:cs="Arial"/>
          <w:sz w:val="22"/>
        </w:rPr>
        <w:t xml:space="preserve"> und rufen zum Handeln auf.</w:t>
      </w:r>
    </w:p>
    <w:p w14:paraId="06948BC0" w14:textId="219F5ED6" w:rsidR="004067EE" w:rsidRPr="00A767FD" w:rsidRDefault="004067EE" w:rsidP="007E07F7">
      <w:pPr>
        <w:ind w:right="48"/>
        <w:rPr>
          <w:rFonts w:ascii="Arial" w:hAnsi="Arial" w:cs="Arial"/>
          <w:sz w:val="22"/>
        </w:rPr>
      </w:pPr>
      <w:r w:rsidRPr="00A767FD">
        <w:rPr>
          <w:rFonts w:ascii="Arial" w:hAnsi="Arial" w:cs="Arial"/>
          <w:sz w:val="22"/>
        </w:rPr>
        <w:t xml:space="preserve">Eine weitere Studie </w:t>
      </w:r>
      <w:r w:rsidR="00951353" w:rsidRPr="00A767FD">
        <w:rPr>
          <w:rFonts w:ascii="Arial" w:hAnsi="Arial" w:cs="Arial"/>
          <w:sz w:val="22"/>
        </w:rPr>
        <w:t>von</w:t>
      </w:r>
      <w:r w:rsidR="005A1F1F" w:rsidRPr="00A767FD">
        <w:rPr>
          <w:rFonts w:ascii="Arial" w:hAnsi="Arial" w:cs="Arial"/>
          <w:sz w:val="22"/>
        </w:rPr>
        <w:t xml:space="preserve"> </w:t>
      </w:r>
      <w:r w:rsidR="00AA1266" w:rsidRPr="00A767FD">
        <w:rPr>
          <w:rFonts w:ascii="Arial" w:hAnsi="Arial" w:cs="Arial"/>
          <w:sz w:val="22"/>
        </w:rPr>
        <w:t xml:space="preserve">Carolin </w:t>
      </w:r>
      <w:r w:rsidR="005A1F1F" w:rsidRPr="00A767FD">
        <w:rPr>
          <w:rFonts w:ascii="Arial" w:hAnsi="Arial" w:cs="Arial"/>
          <w:sz w:val="22"/>
        </w:rPr>
        <w:t xml:space="preserve">Schwegler und </w:t>
      </w:r>
      <w:r w:rsidR="00951353" w:rsidRPr="00A767FD">
        <w:rPr>
          <w:rFonts w:ascii="Arial" w:hAnsi="Arial" w:cs="Arial"/>
          <w:sz w:val="22"/>
        </w:rPr>
        <w:t xml:space="preserve">dem Linguisten </w:t>
      </w:r>
      <w:r w:rsidRPr="00A767FD">
        <w:rPr>
          <w:rFonts w:ascii="Arial" w:hAnsi="Arial" w:cs="Arial"/>
          <w:sz w:val="22"/>
        </w:rPr>
        <w:t xml:space="preserve">Jöran Landschoff </w:t>
      </w:r>
      <w:r w:rsidR="00790576" w:rsidRPr="00A767FD">
        <w:rPr>
          <w:rFonts w:ascii="Arial" w:hAnsi="Arial" w:cs="Arial"/>
          <w:sz w:val="22"/>
        </w:rPr>
        <w:t>beschrieb</w:t>
      </w:r>
      <w:r w:rsidRPr="00A767FD">
        <w:rPr>
          <w:rFonts w:ascii="Arial" w:hAnsi="Arial" w:cs="Arial"/>
          <w:sz w:val="22"/>
        </w:rPr>
        <w:t xml:space="preserve"> Aspekte mobilitätsbezogene</w:t>
      </w:r>
      <w:r w:rsidR="00790576" w:rsidRPr="00A767FD">
        <w:rPr>
          <w:rFonts w:ascii="Arial" w:hAnsi="Arial" w:cs="Arial"/>
          <w:sz w:val="22"/>
        </w:rPr>
        <w:t>r</w:t>
      </w:r>
      <w:r w:rsidRPr="00A767FD">
        <w:rPr>
          <w:rFonts w:ascii="Arial" w:hAnsi="Arial" w:cs="Arial"/>
          <w:sz w:val="22"/>
        </w:rPr>
        <w:t xml:space="preserve"> Zukunftsvorstellungen auf der Plattform. User</w:t>
      </w:r>
      <w:r w:rsidR="00BB622E" w:rsidRPr="00A767FD">
        <w:rPr>
          <w:rFonts w:ascii="Arial" w:hAnsi="Arial" w:cs="Arial"/>
          <w:sz w:val="22"/>
        </w:rPr>
        <w:t>:innen</w:t>
      </w:r>
      <w:r w:rsidRPr="00A767FD">
        <w:rPr>
          <w:rFonts w:ascii="Arial" w:hAnsi="Arial" w:cs="Arial"/>
          <w:sz w:val="22"/>
        </w:rPr>
        <w:t>, so machten die Forschenden sichtbar, äußern Kritik an den aktuellen Zuständen und entwerfen auch optimistische Zukunftsversionen. Etwa</w:t>
      </w:r>
      <w:r w:rsidR="0028223B">
        <w:rPr>
          <w:rFonts w:ascii="Arial" w:hAnsi="Arial" w:cs="Arial"/>
          <w:sz w:val="22"/>
        </w:rPr>
        <w:t>,</w:t>
      </w:r>
      <w:r w:rsidRPr="00A767FD">
        <w:rPr>
          <w:rFonts w:ascii="Arial" w:hAnsi="Arial" w:cs="Arial"/>
          <w:sz w:val="22"/>
        </w:rPr>
        <w:t xml:space="preserve"> indem sie </w:t>
      </w:r>
      <w:r w:rsidR="00792A16" w:rsidRPr="00A767FD">
        <w:rPr>
          <w:rFonts w:ascii="Arial" w:hAnsi="Arial" w:cs="Arial"/>
          <w:sz w:val="22"/>
        </w:rPr>
        <w:t xml:space="preserve">inspiriert von der optimistischen, sozialen Bewegung des </w:t>
      </w:r>
      <w:r w:rsidR="00581648">
        <w:rPr>
          <w:rFonts w:ascii="Arial" w:hAnsi="Arial" w:cs="Arial"/>
          <w:sz w:val="22"/>
        </w:rPr>
        <w:t>„</w:t>
      </w:r>
      <w:r w:rsidR="00792A16" w:rsidRPr="00581648">
        <w:rPr>
          <w:rFonts w:ascii="Arial" w:hAnsi="Arial" w:cs="Arial"/>
          <w:sz w:val="22"/>
        </w:rPr>
        <w:t>Solarpunk</w:t>
      </w:r>
      <w:r w:rsidR="00581648">
        <w:rPr>
          <w:rFonts w:ascii="Arial" w:hAnsi="Arial" w:cs="Arial"/>
          <w:sz w:val="22"/>
        </w:rPr>
        <w:t>“</w:t>
      </w:r>
      <w:r w:rsidR="00792A16" w:rsidRPr="00A767FD">
        <w:rPr>
          <w:rFonts w:ascii="Arial" w:hAnsi="Arial" w:cs="Arial"/>
          <w:sz w:val="22"/>
        </w:rPr>
        <w:t xml:space="preserve"> </w:t>
      </w:r>
      <w:r w:rsidRPr="00A767FD">
        <w:rPr>
          <w:rFonts w:ascii="Arial" w:hAnsi="Arial" w:cs="Arial"/>
          <w:sz w:val="22"/>
        </w:rPr>
        <w:t xml:space="preserve">Bilder von begrünten Städten mit ausgeklügelten öffentlichen Verkehrssystemen und Solarpaneelen an Haltestellen </w:t>
      </w:r>
      <w:r w:rsidR="00792A16" w:rsidRPr="00A767FD">
        <w:rPr>
          <w:rFonts w:ascii="Arial" w:hAnsi="Arial" w:cs="Arial"/>
          <w:sz w:val="22"/>
        </w:rPr>
        <w:t xml:space="preserve">erstellen </w:t>
      </w:r>
      <w:r w:rsidR="008273A5" w:rsidRPr="00A767FD">
        <w:rPr>
          <w:rFonts w:ascii="Arial" w:hAnsi="Arial" w:cs="Arial"/>
          <w:sz w:val="22"/>
        </w:rPr>
        <w:t xml:space="preserve">und </w:t>
      </w:r>
      <w:r w:rsidR="00792A16" w:rsidRPr="00A767FD">
        <w:rPr>
          <w:rFonts w:ascii="Arial" w:hAnsi="Arial" w:cs="Arial"/>
          <w:sz w:val="22"/>
        </w:rPr>
        <w:t>teilen.</w:t>
      </w:r>
    </w:p>
    <w:p w14:paraId="10F8662B" w14:textId="58C9969B" w:rsidR="008738D1" w:rsidRPr="00A767FD" w:rsidRDefault="009C1DE4" w:rsidP="007E07F7">
      <w:pPr>
        <w:ind w:right="48"/>
        <w:rPr>
          <w:rFonts w:ascii="Arial" w:hAnsi="Arial" w:cs="Arial"/>
          <w:b/>
          <w:bCs/>
          <w:sz w:val="22"/>
        </w:rPr>
      </w:pPr>
      <w:r w:rsidRPr="00A767FD">
        <w:rPr>
          <w:rFonts w:ascii="Arial" w:hAnsi="Arial" w:cs="Arial"/>
          <w:b/>
          <w:bCs/>
          <w:sz w:val="22"/>
        </w:rPr>
        <w:t>Von Listen, Literatur und Lösungen</w:t>
      </w:r>
    </w:p>
    <w:p w14:paraId="0DC02769" w14:textId="7A05FE3F" w:rsidR="00480F22" w:rsidRPr="00A767FD" w:rsidRDefault="00480F22" w:rsidP="007E07F7">
      <w:pPr>
        <w:ind w:right="48"/>
        <w:rPr>
          <w:rFonts w:ascii="Arial" w:hAnsi="Arial" w:cs="Arial"/>
          <w:sz w:val="22"/>
        </w:rPr>
      </w:pPr>
      <w:r w:rsidRPr="00A767FD">
        <w:rPr>
          <w:rFonts w:ascii="Arial" w:hAnsi="Arial" w:cs="Arial"/>
          <w:sz w:val="22"/>
        </w:rPr>
        <w:t>Die interdisziplinäre Zusammenarbeit förderte auch Parallelen zwischen Plattformen, Büchern und Theaterstücken zutage. Eine davon sind Listen. Instagram-Post</w:t>
      </w:r>
      <w:r w:rsidR="0028223B">
        <w:rPr>
          <w:rFonts w:ascii="Arial" w:hAnsi="Arial" w:cs="Arial"/>
          <w:sz w:val="22"/>
        </w:rPr>
        <w:t>ing</w:t>
      </w:r>
      <w:r w:rsidRPr="00A767FD">
        <w:rPr>
          <w:rFonts w:ascii="Arial" w:hAnsi="Arial" w:cs="Arial"/>
          <w:sz w:val="22"/>
        </w:rPr>
        <w:t xml:space="preserve">s listen beispielsweise </w:t>
      </w:r>
      <w:r w:rsidR="00581648">
        <w:rPr>
          <w:rFonts w:ascii="Arial" w:hAnsi="Arial" w:cs="Arial"/>
          <w:sz w:val="22"/>
        </w:rPr>
        <w:t>„</w:t>
      </w:r>
      <w:r w:rsidRPr="00581648">
        <w:rPr>
          <w:rFonts w:ascii="Arial" w:hAnsi="Arial" w:cs="Arial"/>
          <w:sz w:val="22"/>
        </w:rPr>
        <w:t>10 Dinge, die du diesen Sommer noch machen musst, bevor es zu heiß wird</w:t>
      </w:r>
      <w:r w:rsidR="00581648">
        <w:rPr>
          <w:rFonts w:ascii="Arial" w:hAnsi="Arial" w:cs="Arial"/>
          <w:sz w:val="22"/>
        </w:rPr>
        <w:t>“,</w:t>
      </w:r>
      <w:r w:rsidRPr="00A767FD">
        <w:rPr>
          <w:rFonts w:ascii="Arial" w:hAnsi="Arial" w:cs="Arial"/>
          <w:sz w:val="22"/>
        </w:rPr>
        <w:t xml:space="preserve"> während Romanfiguren Listen der Konserven, die sie in einem verlassenen Haus fanden, erstellen. Routinen und Auflistungen scheinen User</w:t>
      </w:r>
      <w:r w:rsidR="00BB622E" w:rsidRPr="00A767FD">
        <w:rPr>
          <w:rFonts w:ascii="Arial" w:hAnsi="Arial" w:cs="Arial"/>
          <w:sz w:val="22"/>
        </w:rPr>
        <w:t>:inne</w:t>
      </w:r>
      <w:r w:rsidRPr="00A767FD">
        <w:rPr>
          <w:rFonts w:ascii="Arial" w:hAnsi="Arial" w:cs="Arial"/>
          <w:sz w:val="22"/>
        </w:rPr>
        <w:t>n, Autor:innen und Dramaturg:innen zu helfen, mit der unsicheren Zukunft umzugehen, erläutert Julia Hoydis.</w:t>
      </w:r>
    </w:p>
    <w:p w14:paraId="3874FE38" w14:textId="68C6D269" w:rsidR="007470BB" w:rsidRPr="00A767FD" w:rsidRDefault="00480F22" w:rsidP="007E07F7">
      <w:pPr>
        <w:ind w:right="48"/>
        <w:rPr>
          <w:rFonts w:ascii="Arial" w:hAnsi="Arial" w:cs="Arial"/>
          <w:sz w:val="22"/>
        </w:rPr>
      </w:pPr>
      <w:r w:rsidRPr="00A767FD">
        <w:rPr>
          <w:rFonts w:ascii="Arial" w:hAnsi="Arial" w:cs="Arial"/>
          <w:sz w:val="22"/>
        </w:rPr>
        <w:t>Lösungen beschreiben literarische Texte allerdings selten. „Literatur kann keinen Blueprint dafür liefern, wie wir die Welt retten können“, weiß die Literaturwissenschaft</w:t>
      </w:r>
      <w:r w:rsidR="00581648">
        <w:rPr>
          <w:rFonts w:ascii="Arial" w:hAnsi="Arial" w:cs="Arial"/>
          <w:sz w:val="22"/>
        </w:rPr>
        <w:t>l</w:t>
      </w:r>
      <w:r w:rsidRPr="00A767FD">
        <w:rPr>
          <w:rFonts w:ascii="Arial" w:hAnsi="Arial" w:cs="Arial"/>
          <w:sz w:val="22"/>
        </w:rPr>
        <w:t>erin. Aber sie kann Resonanzräume für Gefühle schaffen. Etwa für jenes der kognitiven Dissonanz. Es entsteht aus der Lücke dessen, was wir über die Folgen der Klimakrise wissen</w:t>
      </w:r>
      <w:r w:rsidR="0028223B">
        <w:rPr>
          <w:rFonts w:ascii="Arial" w:hAnsi="Arial" w:cs="Arial"/>
          <w:sz w:val="22"/>
        </w:rPr>
        <w:t>,</w:t>
      </w:r>
      <w:r w:rsidRPr="00A767FD">
        <w:rPr>
          <w:rFonts w:ascii="Arial" w:hAnsi="Arial" w:cs="Arial"/>
          <w:sz w:val="22"/>
        </w:rPr>
        <w:t xml:space="preserve"> und dem, was wir gegen sie unternehmen. „Lesen oder sehen wir Geschichten, die Zukunftsbeschreibungen der Klimakrise behandeln, haben wir weniger das Gefühl, die dunkle Realität werde vollkommen </w:t>
      </w:r>
      <w:r w:rsidR="007470BB" w:rsidRPr="00A767FD">
        <w:rPr>
          <w:rFonts w:ascii="Arial" w:hAnsi="Arial" w:cs="Arial"/>
          <w:sz w:val="22"/>
        </w:rPr>
        <w:t xml:space="preserve">ignoriert“, ist Hoydis überzeugt. </w:t>
      </w:r>
    </w:p>
    <w:p w14:paraId="7B498561" w14:textId="38A6A70F" w:rsidR="007470BB" w:rsidRPr="00A767FD" w:rsidRDefault="007470BB" w:rsidP="007E07F7">
      <w:pPr>
        <w:ind w:right="48"/>
        <w:rPr>
          <w:rFonts w:ascii="Arial" w:hAnsi="Arial" w:cs="Arial"/>
          <w:sz w:val="22"/>
        </w:rPr>
      </w:pPr>
      <w:r w:rsidRPr="00A767FD">
        <w:rPr>
          <w:rFonts w:ascii="Arial" w:hAnsi="Arial" w:cs="Arial"/>
          <w:sz w:val="22"/>
        </w:rPr>
        <w:t>Auch nach dem Ende dieses Jahres, wenn das Forschungsprojekt abgeschlossen sein wird, werden Social-Media-Post</w:t>
      </w:r>
      <w:r w:rsidR="0028223B">
        <w:rPr>
          <w:rFonts w:ascii="Arial" w:hAnsi="Arial" w:cs="Arial"/>
          <w:sz w:val="22"/>
        </w:rPr>
        <w:t>ing</w:t>
      </w:r>
      <w:r w:rsidRPr="00A767FD">
        <w:rPr>
          <w:rFonts w:ascii="Arial" w:hAnsi="Arial" w:cs="Arial"/>
          <w:sz w:val="22"/>
        </w:rPr>
        <w:t>s, Theaterstücke und Texte rund um die Zukunft in der Klimakrise verfasst werden. Julia Hoydis will sich zukünftig noch tiefer den Klimageschichten über die ältere Generation widmen. „Denn diese ist stark von der Klimakrise betroffen“, sagt sie. „Im kulturellen Klima</w:t>
      </w:r>
      <w:r w:rsidR="00581648">
        <w:rPr>
          <w:rFonts w:ascii="Arial" w:hAnsi="Arial" w:cs="Arial"/>
          <w:sz w:val="22"/>
        </w:rPr>
        <w:t>d</w:t>
      </w:r>
      <w:r w:rsidRPr="00A767FD">
        <w:rPr>
          <w:rFonts w:ascii="Arial" w:hAnsi="Arial" w:cs="Arial"/>
          <w:sz w:val="22"/>
        </w:rPr>
        <w:t>iskurs kommt sie aber kaum vor.“</w:t>
      </w:r>
    </w:p>
    <w:p w14:paraId="40182C2D" w14:textId="77777777" w:rsidR="007E07F7" w:rsidRDefault="007E07F7" w:rsidP="007E07F7">
      <w:pPr>
        <w:ind w:right="48"/>
        <w:rPr>
          <w:rFonts w:ascii="Arial" w:hAnsi="Arial" w:cs="Arial"/>
          <w:b/>
          <w:bCs/>
          <w:sz w:val="22"/>
        </w:rPr>
      </w:pPr>
    </w:p>
    <w:p w14:paraId="5AE513D7" w14:textId="77777777" w:rsidR="007E07F7" w:rsidRDefault="007E07F7" w:rsidP="007E07F7">
      <w:pPr>
        <w:ind w:right="48"/>
        <w:rPr>
          <w:rFonts w:ascii="Arial" w:hAnsi="Arial" w:cs="Arial"/>
          <w:b/>
          <w:bCs/>
          <w:sz w:val="22"/>
        </w:rPr>
      </w:pPr>
    </w:p>
    <w:p w14:paraId="7F746F67" w14:textId="7A639F59" w:rsidR="0005255B" w:rsidRPr="00581648" w:rsidRDefault="00581648" w:rsidP="007E07F7">
      <w:pPr>
        <w:ind w:right="48"/>
        <w:rPr>
          <w:rFonts w:ascii="Arial" w:hAnsi="Arial" w:cs="Arial"/>
          <w:b/>
          <w:bCs/>
          <w:sz w:val="22"/>
        </w:rPr>
      </w:pPr>
      <w:r w:rsidRPr="00581648">
        <w:rPr>
          <w:rFonts w:ascii="Arial" w:hAnsi="Arial" w:cs="Arial"/>
          <w:b/>
          <w:bCs/>
          <w:sz w:val="22"/>
        </w:rPr>
        <w:lastRenderedPageBreak/>
        <w:t>Zur Person</w:t>
      </w:r>
    </w:p>
    <w:p w14:paraId="320F7E0F" w14:textId="110D2B26" w:rsidR="00A0066B" w:rsidRDefault="009845E0" w:rsidP="007E07F7">
      <w:pPr>
        <w:ind w:right="48"/>
        <w:rPr>
          <w:rFonts w:ascii="Arial" w:hAnsi="Arial" w:cs="Arial"/>
          <w:sz w:val="22"/>
        </w:rPr>
      </w:pPr>
      <w:hyperlink r:id="rId8" w:history="1">
        <w:r w:rsidR="0005255B" w:rsidRPr="005C2BDA">
          <w:rPr>
            <w:rStyle w:val="Hyperlink"/>
            <w:rFonts w:ascii="Arial" w:hAnsi="Arial" w:cs="Arial"/>
            <w:b/>
            <w:bCs/>
            <w:sz w:val="22"/>
          </w:rPr>
          <w:t>Julia Hoydis</w:t>
        </w:r>
      </w:hyperlink>
      <w:r w:rsidR="0005255B" w:rsidRPr="00A767FD">
        <w:rPr>
          <w:rFonts w:ascii="Arial" w:hAnsi="Arial" w:cs="Arial"/>
          <w:sz w:val="22"/>
        </w:rPr>
        <w:t xml:space="preserve"> ist Professorin für Englische Literaturwissenschaft vom 18. bis 21. Jahrhundert am Institut für Anglistik der Universität Graz. </w:t>
      </w:r>
      <w:r w:rsidR="007E2555" w:rsidRPr="00A767FD">
        <w:rPr>
          <w:rFonts w:ascii="Arial" w:hAnsi="Arial" w:cs="Arial"/>
          <w:sz w:val="22"/>
        </w:rPr>
        <w:t xml:space="preserve">Sie </w:t>
      </w:r>
      <w:r w:rsidR="0005255B" w:rsidRPr="00A767FD">
        <w:rPr>
          <w:rFonts w:ascii="Arial" w:hAnsi="Arial" w:cs="Arial"/>
          <w:sz w:val="22"/>
        </w:rPr>
        <w:t>studierte Philosophie, Medienwissenschaften und Englische Philologie an der Universität zu Köln und promovierte im Bereich der postkolonialen Studien. Julia Hoydis war Doktorandin und Lektorin an der University of Cambridge, Professorin an der Universität Klagenfurt und lehrte an den Universitäten Köln und Duisburg-Essen. Sie forscht unter anderem zu Klimanarrativen</w:t>
      </w:r>
      <w:r w:rsidR="00D66916" w:rsidRPr="00A767FD">
        <w:rPr>
          <w:rFonts w:ascii="Arial" w:hAnsi="Arial" w:cs="Arial"/>
          <w:sz w:val="22"/>
        </w:rPr>
        <w:t>, Posthumanismus und neueren digitale</w:t>
      </w:r>
      <w:r w:rsidR="00025254" w:rsidRPr="00A767FD">
        <w:rPr>
          <w:rFonts w:ascii="Arial" w:hAnsi="Arial" w:cs="Arial"/>
          <w:sz w:val="22"/>
        </w:rPr>
        <w:t>n</w:t>
      </w:r>
      <w:r w:rsidR="00D66916" w:rsidRPr="00A767FD">
        <w:rPr>
          <w:rFonts w:ascii="Arial" w:hAnsi="Arial" w:cs="Arial"/>
          <w:sz w:val="22"/>
        </w:rPr>
        <w:t xml:space="preserve"> Erzählformen.</w:t>
      </w:r>
    </w:p>
    <w:p w14:paraId="3111E2D0" w14:textId="1EEA415F" w:rsidR="00564F90" w:rsidRDefault="00564F90" w:rsidP="007E07F7">
      <w:pPr>
        <w:ind w:right="48"/>
        <w:rPr>
          <w:rFonts w:ascii="Arial" w:hAnsi="Arial" w:cs="Arial"/>
          <w:b/>
          <w:bCs/>
          <w:sz w:val="22"/>
          <w:lang w:val="en-US"/>
        </w:rPr>
      </w:pPr>
      <w:r>
        <w:rPr>
          <w:rFonts w:ascii="Arial" w:hAnsi="Arial" w:cs="Arial"/>
          <w:b/>
          <w:bCs/>
          <w:sz w:val="22"/>
          <w:lang w:val="en-US"/>
        </w:rPr>
        <w:t>Projektwebsite</w:t>
      </w:r>
      <w:r w:rsidRPr="00830CCC">
        <w:rPr>
          <w:rFonts w:ascii="Arial" w:hAnsi="Arial" w:cs="Arial"/>
          <w:b/>
          <w:bCs/>
          <w:sz w:val="22"/>
          <w:lang w:val="en-US"/>
        </w:rPr>
        <w:t>:</w:t>
      </w:r>
      <w:r>
        <w:rPr>
          <w:rFonts w:ascii="Arial" w:hAnsi="Arial" w:cs="Arial"/>
          <w:sz w:val="22"/>
          <w:lang w:val="en-US"/>
        </w:rPr>
        <w:t xml:space="preserve"> </w:t>
      </w:r>
      <w:hyperlink r:id="rId9" w:history="1">
        <w:r w:rsidRPr="00830CCC">
          <w:rPr>
            <w:rStyle w:val="Hyperlink"/>
            <w:rFonts w:ascii="Arial" w:hAnsi="Arial" w:cs="Arial"/>
            <w:sz w:val="22"/>
            <w:lang w:val="en-US"/>
          </w:rPr>
          <w:t>Just Futures? Approaching Cultural Climate Models</w:t>
        </w:r>
      </w:hyperlink>
    </w:p>
    <w:p w14:paraId="52B97D89" w14:textId="77777777" w:rsidR="00564F90" w:rsidRPr="00564F90" w:rsidRDefault="00564F90" w:rsidP="007E07F7">
      <w:pPr>
        <w:ind w:right="48"/>
        <w:rPr>
          <w:rFonts w:ascii="Arial" w:hAnsi="Arial" w:cs="Arial"/>
          <w:sz w:val="22"/>
          <w:lang w:val="en-US"/>
        </w:rPr>
      </w:pPr>
    </w:p>
    <w:p w14:paraId="49C34131" w14:textId="2039EC96" w:rsidR="00581648" w:rsidRPr="00581648" w:rsidRDefault="00581648" w:rsidP="007E07F7">
      <w:pPr>
        <w:ind w:right="48"/>
        <w:rPr>
          <w:rFonts w:ascii="Arial" w:hAnsi="Arial" w:cs="Arial"/>
          <w:b/>
          <w:bCs/>
          <w:sz w:val="22"/>
          <w:lang w:val="en-US"/>
        </w:rPr>
      </w:pPr>
      <w:r w:rsidRPr="00581648">
        <w:rPr>
          <w:rFonts w:ascii="Arial" w:hAnsi="Arial" w:cs="Arial"/>
          <w:b/>
          <w:bCs/>
          <w:sz w:val="22"/>
          <w:lang w:val="en-US"/>
        </w:rPr>
        <w:t>Publikationen</w:t>
      </w:r>
    </w:p>
    <w:p w14:paraId="03597D73" w14:textId="342DC663" w:rsidR="00581648" w:rsidRPr="00E66E46" w:rsidRDefault="009845E0" w:rsidP="007E07F7">
      <w:pPr>
        <w:ind w:right="48"/>
        <w:rPr>
          <w:rFonts w:ascii="Arial" w:hAnsi="Arial" w:cs="Arial"/>
          <w:sz w:val="20"/>
          <w:szCs w:val="20"/>
          <w:lang w:val="en-US"/>
        </w:rPr>
      </w:pPr>
      <w:hyperlink r:id="rId10" w:history="1">
        <w:r w:rsidR="00B02C60" w:rsidRPr="00E66E46">
          <w:rPr>
            <w:rStyle w:val="Hyperlink"/>
            <w:rFonts w:ascii="Arial" w:hAnsi="Arial" w:cs="Arial"/>
            <w:sz w:val="20"/>
            <w:szCs w:val="20"/>
            <w:lang w:val="en-US"/>
          </w:rPr>
          <w:t>Narrating Resilience amidst Polycrisis: The Ordinary Magic of Realism and Routines in Contemporary British Climate Fiction</w:t>
        </w:r>
      </w:hyperlink>
      <w:r w:rsidR="00581648" w:rsidRPr="00E66E46">
        <w:rPr>
          <w:rFonts w:ascii="Arial" w:hAnsi="Arial" w:cs="Arial"/>
          <w:sz w:val="20"/>
          <w:szCs w:val="20"/>
          <w:lang w:val="en-US"/>
        </w:rPr>
        <w:t xml:space="preserve"> 2026</w:t>
      </w:r>
    </w:p>
    <w:p w14:paraId="7D1D0A4F" w14:textId="0CC2A8FB" w:rsidR="00E66E46" w:rsidRPr="00E66E46" w:rsidRDefault="009845E0" w:rsidP="007E07F7">
      <w:pPr>
        <w:ind w:right="48"/>
        <w:rPr>
          <w:rFonts w:ascii="Arial" w:hAnsi="Arial" w:cs="Arial"/>
          <w:sz w:val="20"/>
          <w:szCs w:val="20"/>
          <w:lang w:val="en-US"/>
        </w:rPr>
      </w:pPr>
      <w:hyperlink r:id="rId11" w:history="1">
        <w:r w:rsidR="00B02C60" w:rsidRPr="00E66E46">
          <w:rPr>
            <w:rStyle w:val="Hyperlink"/>
            <w:rFonts w:ascii="Arial" w:hAnsi="Arial" w:cs="Arial"/>
            <w:sz w:val="20"/>
            <w:szCs w:val="20"/>
            <w:lang w:val="en-US"/>
          </w:rPr>
          <w:t>Climate Fiction as Future-Making: Narrative and Cultural Modelling Beyond Representation</w:t>
        </w:r>
      </w:hyperlink>
      <w:r w:rsidR="00E66E46" w:rsidRPr="00E66E46">
        <w:rPr>
          <w:rFonts w:ascii="Arial" w:hAnsi="Arial" w:cs="Arial"/>
          <w:sz w:val="20"/>
          <w:szCs w:val="20"/>
          <w:lang w:val="en-US"/>
        </w:rPr>
        <w:t xml:space="preserve"> 2025</w:t>
      </w:r>
    </w:p>
    <w:p w14:paraId="2340085E" w14:textId="11498E8B" w:rsidR="00FD605A" w:rsidRDefault="00B02C60" w:rsidP="007E07F7">
      <w:pPr>
        <w:ind w:right="48"/>
        <w:rPr>
          <w:rFonts w:ascii="Arial" w:hAnsi="Arial" w:cs="Arial"/>
          <w:sz w:val="20"/>
          <w:szCs w:val="20"/>
        </w:rPr>
      </w:pPr>
      <w:r w:rsidRPr="00E66E46">
        <w:rPr>
          <w:rFonts w:ascii="Arial" w:hAnsi="Arial" w:cs="Arial"/>
          <w:sz w:val="20"/>
          <w:szCs w:val="20"/>
        </w:rPr>
        <w:t>Polystorying Mobility: Urbane Mobilität in multimodalen Zukunftsvorstellungen auf Instagram</w:t>
      </w:r>
      <w:r w:rsidR="00E66E46" w:rsidRPr="00E66E46">
        <w:rPr>
          <w:rFonts w:ascii="Arial" w:hAnsi="Arial" w:cs="Arial"/>
          <w:sz w:val="20"/>
          <w:szCs w:val="20"/>
        </w:rPr>
        <w:t xml:space="preserve">, in: </w:t>
      </w:r>
      <w:r w:rsidRPr="00E66E46">
        <w:rPr>
          <w:rFonts w:ascii="Arial" w:hAnsi="Arial" w:cs="Arial"/>
          <w:sz w:val="20"/>
          <w:szCs w:val="20"/>
        </w:rPr>
        <w:t>OBST – Osnabrücker Beiträge zur Sprachtheorie</w:t>
      </w:r>
      <w:r w:rsidR="00E66E46" w:rsidRPr="00E66E46">
        <w:rPr>
          <w:rFonts w:ascii="Arial" w:hAnsi="Arial" w:cs="Arial"/>
          <w:sz w:val="20"/>
          <w:szCs w:val="20"/>
        </w:rPr>
        <w:t>, in Druck</w:t>
      </w:r>
    </w:p>
    <w:p w14:paraId="2A6BD677" w14:textId="77777777" w:rsidR="00860560" w:rsidRDefault="00860560" w:rsidP="007E07F7">
      <w:pPr>
        <w:ind w:right="48"/>
        <w:rPr>
          <w:rFonts w:ascii="Arial" w:hAnsi="Arial" w:cs="Arial"/>
          <w:sz w:val="20"/>
          <w:szCs w:val="20"/>
        </w:rPr>
      </w:pPr>
    </w:p>
    <w:p w14:paraId="6D183D81" w14:textId="48871D17" w:rsidR="00860560" w:rsidRDefault="00860560" w:rsidP="007E07F7">
      <w:pPr>
        <w:ind w:right="48"/>
        <w:rPr>
          <w:rStyle w:val="Hyperlink"/>
          <w:rFonts w:ascii="Arial" w:hAnsi="Arial" w:cs="Arial"/>
          <w:b/>
          <w:bCs/>
          <w:sz w:val="20"/>
          <w:szCs w:val="20"/>
        </w:rPr>
      </w:pPr>
      <w:r w:rsidRPr="00E171A2">
        <w:rPr>
          <w:rFonts w:ascii="Arial" w:hAnsi="Arial" w:cs="Arial"/>
          <w:sz w:val="20"/>
          <w:szCs w:val="20"/>
        </w:rPr>
        <w:t xml:space="preserve">Bild und Text ab Montag, </w:t>
      </w:r>
      <w:r w:rsidR="009845E0">
        <w:rPr>
          <w:rFonts w:ascii="Arial" w:hAnsi="Arial" w:cs="Arial"/>
          <w:sz w:val="20"/>
          <w:szCs w:val="20"/>
        </w:rPr>
        <w:t>24</w:t>
      </w:r>
      <w:r w:rsidRPr="00E171A2">
        <w:rPr>
          <w:rFonts w:ascii="Arial" w:hAnsi="Arial" w:cs="Arial"/>
          <w:sz w:val="20"/>
          <w:szCs w:val="20"/>
        </w:rPr>
        <w:t>. August 2026 ab 7:30 Uhr MEZ verfügbar unter:</w:t>
      </w:r>
      <w:r w:rsidR="0003652C">
        <w:rPr>
          <w:rFonts w:ascii="Arial" w:hAnsi="Arial" w:cs="Arial"/>
          <w:sz w:val="20"/>
          <w:szCs w:val="20"/>
        </w:rPr>
        <w:t xml:space="preserve"> </w:t>
      </w:r>
      <w:hyperlink r:id="rId12" w:history="1">
        <w:r w:rsidR="0003652C" w:rsidRPr="00027BF3">
          <w:rPr>
            <w:rStyle w:val="Hyperlink"/>
            <w:rFonts w:ascii="Arial" w:hAnsi="Arial" w:cs="Arial"/>
            <w:b/>
            <w:bCs/>
            <w:sz w:val="20"/>
            <w:szCs w:val="20"/>
          </w:rPr>
          <w:t>https://scilog.fwf.ac.at</w:t>
        </w:r>
      </w:hyperlink>
    </w:p>
    <w:tbl>
      <w:tblPr>
        <w:tblW w:w="12262" w:type="dxa"/>
        <w:tblCellMar>
          <w:left w:w="70" w:type="dxa"/>
          <w:right w:w="70" w:type="dxa"/>
        </w:tblCellMar>
        <w:tblLook w:val="04A0" w:firstRow="1" w:lastRow="0" w:firstColumn="1" w:lastColumn="0" w:noHBand="0" w:noVBand="1"/>
      </w:tblPr>
      <w:tblGrid>
        <w:gridCol w:w="5387"/>
        <w:gridCol w:w="3828"/>
        <w:gridCol w:w="3047"/>
      </w:tblGrid>
      <w:tr w:rsidR="00860560" w:rsidRPr="004C3BDF" w14:paraId="5A28C588" w14:textId="77777777" w:rsidTr="000822E7">
        <w:trPr>
          <w:trHeight w:val="3325"/>
        </w:trPr>
        <w:tc>
          <w:tcPr>
            <w:tcW w:w="5387" w:type="dxa"/>
          </w:tcPr>
          <w:p w14:paraId="55FC6676" w14:textId="4CF79D61" w:rsidR="00860560" w:rsidRPr="004545FF" w:rsidRDefault="00860560" w:rsidP="007E07F7">
            <w:pPr>
              <w:pStyle w:val="KeinLeerraum"/>
              <w:spacing w:line="276" w:lineRule="auto"/>
              <w:ind w:right="48"/>
              <w:rPr>
                <w:rFonts w:ascii="Arial" w:hAnsi="Arial" w:cs="Arial"/>
                <w:sz w:val="18"/>
                <w:szCs w:val="18"/>
                <w:lang w:val="de-DE"/>
              </w:rPr>
            </w:pPr>
          </w:p>
          <w:p w14:paraId="2EC56499" w14:textId="06179C81" w:rsidR="00B445E6" w:rsidRDefault="00860560" w:rsidP="007E07F7">
            <w:pPr>
              <w:pStyle w:val="NurText"/>
              <w:spacing w:line="276" w:lineRule="auto"/>
              <w:ind w:left="284" w:right="48"/>
              <w:rPr>
                <w:rFonts w:ascii="Arial" w:hAnsi="Arial" w:cs="Arial"/>
                <w:sz w:val="18"/>
                <w:szCs w:val="18"/>
              </w:rPr>
            </w:pPr>
            <w:r w:rsidRPr="004545FF">
              <w:rPr>
                <w:rFonts w:ascii="Arial" w:hAnsi="Arial" w:cs="Arial"/>
                <w:b/>
                <w:sz w:val="18"/>
                <w:szCs w:val="18"/>
              </w:rPr>
              <w:t xml:space="preserve">Wissenschaftlicher Kontakt </w:t>
            </w:r>
            <w:r w:rsidRPr="004545FF">
              <w:rPr>
                <w:rFonts w:ascii="Arial" w:hAnsi="Arial" w:cs="Arial"/>
                <w:b/>
                <w:sz w:val="18"/>
                <w:szCs w:val="18"/>
              </w:rPr>
              <w:br/>
            </w:r>
            <w:r w:rsidR="00B445E6" w:rsidRPr="00B445E6">
              <w:rPr>
                <w:rFonts w:ascii="Arial" w:hAnsi="Arial" w:cs="Arial"/>
                <w:sz w:val="18"/>
                <w:szCs w:val="18"/>
              </w:rPr>
              <w:t>Prof. Dr. Julia Hoydis</w:t>
            </w:r>
            <w:r w:rsidR="00B445E6" w:rsidRPr="00B445E6">
              <w:rPr>
                <w:rFonts w:ascii="Arial" w:hAnsi="Arial" w:cs="Arial"/>
                <w:sz w:val="18"/>
                <w:szCs w:val="18"/>
              </w:rPr>
              <w:br/>
              <w:t>Institut für Anglistik</w:t>
            </w:r>
            <w:r w:rsidR="00B445E6" w:rsidRPr="00B445E6">
              <w:rPr>
                <w:rFonts w:ascii="Arial" w:hAnsi="Arial" w:cs="Arial"/>
                <w:sz w:val="18"/>
                <w:szCs w:val="18"/>
              </w:rPr>
              <w:br/>
              <w:t>Universität Graz</w:t>
            </w:r>
            <w:r w:rsidR="00B445E6" w:rsidRPr="00B445E6">
              <w:rPr>
                <w:rFonts w:ascii="Arial" w:hAnsi="Arial" w:cs="Arial"/>
                <w:sz w:val="18"/>
                <w:szCs w:val="18"/>
              </w:rPr>
              <w:br/>
              <w:t>Heinrichstra</w:t>
            </w:r>
            <w:r w:rsidR="007E07F7">
              <w:rPr>
                <w:rFonts w:ascii="Arial" w:hAnsi="Arial" w:cs="Arial"/>
                <w:sz w:val="18"/>
                <w:szCs w:val="18"/>
              </w:rPr>
              <w:t>ß</w:t>
            </w:r>
            <w:r w:rsidR="00B445E6" w:rsidRPr="00B445E6">
              <w:rPr>
                <w:rFonts w:ascii="Arial" w:hAnsi="Arial" w:cs="Arial"/>
                <w:sz w:val="18"/>
                <w:szCs w:val="18"/>
              </w:rPr>
              <w:t>e 36/II</w:t>
            </w:r>
            <w:r w:rsidR="00B445E6" w:rsidRPr="00B445E6">
              <w:rPr>
                <w:rFonts w:ascii="Arial" w:hAnsi="Arial" w:cs="Arial"/>
                <w:sz w:val="18"/>
                <w:szCs w:val="18"/>
              </w:rPr>
              <w:br/>
              <w:t>8010 Graz</w:t>
            </w:r>
          </w:p>
          <w:p w14:paraId="3E7F0103" w14:textId="43EA565A" w:rsidR="00860560" w:rsidRPr="0003652C" w:rsidRDefault="00860560" w:rsidP="007E07F7">
            <w:pPr>
              <w:pStyle w:val="NurText"/>
              <w:spacing w:line="276" w:lineRule="auto"/>
              <w:ind w:left="284" w:right="48"/>
              <w:rPr>
                <w:rStyle w:val="Hyperlink"/>
                <w:rFonts w:ascii="Arial" w:eastAsia="Cambria" w:hAnsi="Arial" w:cs="Arial"/>
                <w:sz w:val="18"/>
                <w:szCs w:val="18"/>
              </w:rPr>
            </w:pPr>
            <w:r w:rsidRPr="005B1AD5">
              <w:rPr>
                <w:rFonts w:ascii="Arial" w:hAnsi="Arial" w:cs="Arial"/>
                <w:sz w:val="18"/>
                <w:szCs w:val="18"/>
              </w:rPr>
              <w:t xml:space="preserve">T +43 </w:t>
            </w:r>
            <w:r w:rsidR="00B445E6">
              <w:rPr>
                <w:rFonts w:ascii="Arial" w:hAnsi="Arial" w:cs="Arial"/>
                <w:sz w:val="18"/>
                <w:szCs w:val="18"/>
              </w:rPr>
              <w:t>316</w:t>
            </w:r>
            <w:r>
              <w:rPr>
                <w:rFonts w:ascii="Arial" w:hAnsi="Arial" w:cs="Arial"/>
                <w:sz w:val="18"/>
                <w:szCs w:val="18"/>
              </w:rPr>
              <w:t xml:space="preserve"> </w:t>
            </w:r>
            <w:r w:rsidR="00B445E6" w:rsidRPr="00B445E6">
              <w:rPr>
                <w:rFonts w:ascii="Arial" w:hAnsi="Arial" w:cs="Arial"/>
                <w:sz w:val="18"/>
                <w:szCs w:val="18"/>
              </w:rPr>
              <w:t>380</w:t>
            </w:r>
            <w:r w:rsidR="00B445E6">
              <w:rPr>
                <w:rFonts w:ascii="Arial" w:hAnsi="Arial" w:cs="Arial"/>
                <w:sz w:val="18"/>
                <w:szCs w:val="18"/>
              </w:rPr>
              <w:t>-</w:t>
            </w:r>
            <w:r w:rsidR="00B445E6" w:rsidRPr="00B445E6">
              <w:rPr>
                <w:rFonts w:ascii="Arial" w:hAnsi="Arial" w:cs="Arial"/>
                <w:sz w:val="18"/>
                <w:szCs w:val="18"/>
              </w:rPr>
              <w:t>2472</w:t>
            </w:r>
            <w:r>
              <w:rPr>
                <w:rFonts w:ascii="Arial" w:hAnsi="Arial" w:cs="Arial"/>
                <w:sz w:val="18"/>
                <w:szCs w:val="18"/>
              </w:rPr>
              <w:br/>
            </w:r>
            <w:hyperlink r:id="rId13" w:history="1">
              <w:r w:rsidR="0003652C" w:rsidRPr="0003652C">
                <w:rPr>
                  <w:rStyle w:val="Hyperlink"/>
                  <w:rFonts w:ascii="Arial" w:eastAsia="Cambria" w:hAnsi="Arial" w:cs="Arial"/>
                  <w:sz w:val="18"/>
                  <w:szCs w:val="18"/>
                </w:rPr>
                <w:t>julia.hoydis@uni-graz.at</w:t>
              </w:r>
            </w:hyperlink>
            <w:r w:rsidR="0003652C" w:rsidRPr="0003652C">
              <w:rPr>
                <w:rStyle w:val="Hyperlink"/>
                <w:rFonts w:eastAsia="Cambria"/>
              </w:rPr>
              <w:t xml:space="preserve"> </w:t>
            </w:r>
          </w:p>
          <w:p w14:paraId="68C6FAD2" w14:textId="4FADD8EF" w:rsidR="00860560" w:rsidRDefault="009845E0" w:rsidP="007E07F7">
            <w:pPr>
              <w:pStyle w:val="NurText"/>
              <w:spacing w:line="276" w:lineRule="auto"/>
              <w:ind w:left="284" w:right="48"/>
              <w:rPr>
                <w:rStyle w:val="Hyperlink"/>
                <w:rFonts w:ascii="Arial" w:eastAsia="Cambria" w:hAnsi="Arial" w:cs="Arial"/>
                <w:sz w:val="18"/>
                <w:szCs w:val="18"/>
              </w:rPr>
            </w:pPr>
            <w:hyperlink r:id="rId14" w:history="1">
              <w:r w:rsidR="0003652C" w:rsidRPr="00027BF3">
                <w:rPr>
                  <w:rStyle w:val="Hyperlink"/>
                  <w:rFonts w:ascii="Arial" w:eastAsia="Cambria" w:hAnsi="Arial" w:cs="Arial"/>
                  <w:sz w:val="18"/>
                  <w:szCs w:val="18"/>
                </w:rPr>
                <w:t>https://www.uni-graz.at/</w:t>
              </w:r>
            </w:hyperlink>
            <w:r w:rsidR="0003652C">
              <w:rPr>
                <w:rStyle w:val="Hyperlink"/>
                <w:rFonts w:ascii="Arial" w:eastAsia="Cambria" w:hAnsi="Arial" w:cs="Arial"/>
                <w:sz w:val="18"/>
                <w:szCs w:val="18"/>
              </w:rPr>
              <w:t xml:space="preserve"> </w:t>
            </w:r>
          </w:p>
          <w:p w14:paraId="688534AB" w14:textId="77777777" w:rsidR="0003652C" w:rsidRDefault="0003652C" w:rsidP="007E07F7">
            <w:pPr>
              <w:pStyle w:val="NurText"/>
              <w:spacing w:line="276" w:lineRule="auto"/>
              <w:ind w:left="209" w:right="48"/>
              <w:rPr>
                <w:rStyle w:val="Hyperlink"/>
              </w:rPr>
            </w:pPr>
          </w:p>
          <w:p w14:paraId="7EBBCA5E" w14:textId="525D839B" w:rsidR="00B445E6" w:rsidRPr="00540913" w:rsidRDefault="00B445E6" w:rsidP="007E07F7">
            <w:pPr>
              <w:pStyle w:val="NurText"/>
              <w:spacing w:line="276" w:lineRule="auto"/>
              <w:ind w:right="48"/>
              <w:rPr>
                <w:rFonts w:ascii="Arial" w:eastAsia="Cambria" w:hAnsi="Arial" w:cs="Arial"/>
                <w:color w:val="000080"/>
                <w:sz w:val="18"/>
                <w:szCs w:val="18"/>
                <w:u w:val="single"/>
              </w:rPr>
            </w:pPr>
            <w:r w:rsidRPr="00B445E6">
              <w:rPr>
                <w:rFonts w:ascii="Arial" w:hAnsi="Arial" w:cs="Arial"/>
                <w:sz w:val="18"/>
                <w:szCs w:val="18"/>
              </w:rPr>
              <w:br/>
            </w:r>
          </w:p>
        </w:tc>
        <w:tc>
          <w:tcPr>
            <w:tcW w:w="3828" w:type="dxa"/>
          </w:tcPr>
          <w:p w14:paraId="054F7B80" w14:textId="77777777" w:rsidR="00860560" w:rsidRPr="004545FF" w:rsidRDefault="00860560" w:rsidP="007E07F7">
            <w:pPr>
              <w:pStyle w:val="KeinLeerraum"/>
              <w:spacing w:line="276" w:lineRule="auto"/>
              <w:ind w:left="68" w:right="48"/>
              <w:rPr>
                <w:rFonts w:ascii="Arial" w:hAnsi="Arial" w:cs="Arial"/>
                <w:b/>
                <w:sz w:val="18"/>
                <w:szCs w:val="18"/>
                <w:lang w:val="fr-CH"/>
              </w:rPr>
            </w:pPr>
          </w:p>
          <w:p w14:paraId="5541A102" w14:textId="77777777" w:rsidR="00860560" w:rsidRPr="004545FF" w:rsidRDefault="00860560" w:rsidP="007E07F7">
            <w:pPr>
              <w:pStyle w:val="KeinLeerraum"/>
              <w:spacing w:line="276" w:lineRule="auto"/>
              <w:ind w:left="68" w:right="48"/>
              <w:rPr>
                <w:rFonts w:ascii="Arial" w:hAnsi="Arial" w:cs="Arial"/>
                <w:b/>
                <w:sz w:val="18"/>
                <w:szCs w:val="18"/>
                <w:lang w:val="de-DE" w:eastAsia="de-AT"/>
              </w:rPr>
            </w:pPr>
            <w:r w:rsidRPr="004545FF">
              <w:rPr>
                <w:rFonts w:ascii="Arial" w:hAnsi="Arial" w:cs="Arial"/>
                <w:b/>
                <w:sz w:val="18"/>
                <w:szCs w:val="18"/>
                <w:lang w:val="de-DE"/>
              </w:rPr>
              <w:t>Wissenschaftsfonds FWF</w:t>
            </w:r>
          </w:p>
          <w:p w14:paraId="51CABCD1" w14:textId="77777777" w:rsidR="00860560" w:rsidRPr="004545FF" w:rsidRDefault="00860560" w:rsidP="007E07F7">
            <w:pPr>
              <w:pStyle w:val="NurText"/>
              <w:spacing w:line="276" w:lineRule="auto"/>
              <w:ind w:left="68" w:right="48"/>
              <w:rPr>
                <w:rFonts w:ascii="Arial" w:hAnsi="Arial" w:cs="Arial"/>
                <w:sz w:val="18"/>
                <w:szCs w:val="18"/>
              </w:rPr>
            </w:pPr>
            <w:r w:rsidRPr="004545FF">
              <w:rPr>
                <w:rFonts w:ascii="Arial" w:hAnsi="Arial" w:cs="Arial"/>
                <w:sz w:val="18"/>
                <w:szCs w:val="18"/>
              </w:rPr>
              <w:t>Ingrid Ladner</w:t>
            </w:r>
          </w:p>
          <w:p w14:paraId="69BA77C3" w14:textId="77777777" w:rsidR="00860560" w:rsidRPr="004545FF" w:rsidRDefault="00860560" w:rsidP="007E07F7">
            <w:pPr>
              <w:pStyle w:val="NurText"/>
              <w:spacing w:line="276" w:lineRule="auto"/>
              <w:ind w:left="68" w:right="48"/>
              <w:rPr>
                <w:rFonts w:ascii="Arial" w:hAnsi="Arial" w:cs="Arial"/>
                <w:sz w:val="18"/>
                <w:szCs w:val="18"/>
              </w:rPr>
            </w:pPr>
            <w:r w:rsidRPr="004545FF">
              <w:rPr>
                <w:rFonts w:ascii="Arial" w:hAnsi="Arial" w:cs="Arial"/>
                <w:sz w:val="18"/>
                <w:szCs w:val="18"/>
              </w:rPr>
              <w:t>Redaktion scilog</w:t>
            </w:r>
          </w:p>
          <w:p w14:paraId="31916BE0" w14:textId="77777777" w:rsidR="00860560" w:rsidRPr="004545FF" w:rsidRDefault="00860560" w:rsidP="007E07F7">
            <w:pPr>
              <w:pStyle w:val="NurText"/>
              <w:spacing w:line="276" w:lineRule="auto"/>
              <w:ind w:left="68" w:right="48"/>
              <w:rPr>
                <w:rFonts w:ascii="Arial" w:hAnsi="Arial" w:cs="Arial"/>
                <w:sz w:val="18"/>
                <w:szCs w:val="18"/>
              </w:rPr>
            </w:pPr>
            <w:r w:rsidRPr="004545FF">
              <w:rPr>
                <w:rFonts w:ascii="Arial" w:hAnsi="Arial" w:cs="Arial"/>
                <w:sz w:val="18"/>
                <w:szCs w:val="18"/>
              </w:rPr>
              <w:t>Georg-Coch-Platz 2</w:t>
            </w:r>
          </w:p>
          <w:p w14:paraId="32E449C4" w14:textId="77777777" w:rsidR="00860560" w:rsidRPr="004545FF" w:rsidRDefault="00860560" w:rsidP="007E07F7">
            <w:pPr>
              <w:pStyle w:val="NurText"/>
              <w:spacing w:line="276" w:lineRule="auto"/>
              <w:ind w:left="68" w:right="48"/>
              <w:rPr>
                <w:rFonts w:ascii="Arial" w:hAnsi="Arial" w:cs="Arial"/>
                <w:sz w:val="18"/>
                <w:szCs w:val="18"/>
              </w:rPr>
            </w:pPr>
            <w:r w:rsidRPr="004545FF">
              <w:rPr>
                <w:rFonts w:ascii="Arial" w:hAnsi="Arial" w:cs="Arial"/>
                <w:sz w:val="18"/>
                <w:szCs w:val="18"/>
              </w:rPr>
              <w:t>1010 Wien</w:t>
            </w:r>
            <w:r>
              <w:rPr>
                <w:rFonts w:ascii="Arial" w:hAnsi="Arial" w:cs="Arial"/>
                <w:sz w:val="18"/>
                <w:szCs w:val="18"/>
              </w:rPr>
              <w:br/>
            </w:r>
            <w:r w:rsidRPr="004545FF">
              <w:rPr>
                <w:rFonts w:ascii="Arial" w:hAnsi="Arial" w:cs="Arial"/>
                <w:sz w:val="18"/>
                <w:szCs w:val="18"/>
              </w:rPr>
              <w:t xml:space="preserve">T </w:t>
            </w:r>
            <w:r w:rsidRPr="004545FF">
              <w:rPr>
                <w:rFonts w:ascii="Arial" w:hAnsi="Arial" w:cs="Arial"/>
                <w:noProof/>
                <w:sz w:val="18"/>
                <w:szCs w:val="18"/>
              </w:rPr>
              <w:t>+43 676 83487 8117</w:t>
            </w:r>
            <w:r w:rsidRPr="004545FF">
              <w:rPr>
                <w:rFonts w:ascii="Arial" w:hAnsi="Arial" w:cs="Arial"/>
                <w:noProof/>
                <w:sz w:val="18"/>
                <w:szCs w:val="18"/>
              </w:rPr>
              <w:br/>
            </w:r>
            <w:hyperlink r:id="rId15" w:history="1">
              <w:r w:rsidRPr="0058215F">
                <w:rPr>
                  <w:rStyle w:val="Hyperlink"/>
                  <w:rFonts w:ascii="Arial" w:eastAsia="Cambria" w:hAnsi="Arial" w:cs="Arial"/>
                  <w:sz w:val="18"/>
                  <w:szCs w:val="18"/>
                </w:rPr>
                <w:t>ingrid.ladner@fwf.ac.at</w:t>
              </w:r>
            </w:hyperlink>
            <w:r w:rsidRPr="003443EF">
              <w:rPr>
                <w:rStyle w:val="Hyperlink"/>
                <w:rFonts w:ascii="Arial" w:eastAsia="Cambria" w:hAnsi="Arial" w:cs="Arial"/>
                <w:color w:val="000080"/>
                <w:sz w:val="18"/>
                <w:szCs w:val="18"/>
              </w:rPr>
              <w:t xml:space="preserve"> </w:t>
            </w:r>
            <w:hyperlink r:id="rId16">
              <w:r w:rsidRPr="0003652C">
                <w:rPr>
                  <w:rStyle w:val="Hyperlink"/>
                  <w:rFonts w:ascii="Arial" w:eastAsia="Cambria" w:hAnsi="Arial" w:cs="Arial"/>
                  <w:sz w:val="18"/>
                  <w:szCs w:val="18"/>
                </w:rPr>
                <w:t>https://scilog.fwf.ac.at</w:t>
              </w:r>
            </w:hyperlink>
            <w:r w:rsidRPr="0003652C">
              <w:rPr>
                <w:rStyle w:val="Hyperlink"/>
                <w:rFonts w:ascii="Arial" w:eastAsia="Cambria" w:hAnsi="Arial" w:cs="Arial"/>
                <w:sz w:val="18"/>
                <w:szCs w:val="18"/>
              </w:rPr>
              <w:br/>
              <w:t xml:space="preserve">Follow us @ </w:t>
            </w:r>
            <w:hyperlink r:id="rId17" w:history="1">
              <w:r w:rsidRPr="0003652C">
                <w:rPr>
                  <w:rStyle w:val="Hyperlink"/>
                  <w:rFonts w:ascii="Arial" w:eastAsia="Cambria" w:hAnsi="Arial" w:cs="Arial"/>
                  <w:sz w:val="18"/>
                  <w:szCs w:val="18"/>
                </w:rPr>
                <w:t>Social Media</w:t>
              </w:r>
            </w:hyperlink>
          </w:p>
        </w:tc>
        <w:tc>
          <w:tcPr>
            <w:tcW w:w="3047" w:type="dxa"/>
          </w:tcPr>
          <w:p w14:paraId="7AEEB26D" w14:textId="77777777" w:rsidR="00860560" w:rsidRPr="00AF3205" w:rsidRDefault="00860560" w:rsidP="007E07F7">
            <w:pPr>
              <w:pStyle w:val="KeinLeerraum"/>
              <w:spacing w:line="276" w:lineRule="auto"/>
              <w:ind w:right="48"/>
              <w:rPr>
                <w:rFonts w:ascii="Arial" w:hAnsi="Arial" w:cs="Arial"/>
                <w:b/>
                <w:sz w:val="18"/>
                <w:szCs w:val="18"/>
              </w:rPr>
            </w:pPr>
          </w:p>
          <w:p w14:paraId="323FF1B7" w14:textId="77777777" w:rsidR="00860560" w:rsidRPr="00AF3205" w:rsidRDefault="00860560" w:rsidP="007E07F7">
            <w:pPr>
              <w:pStyle w:val="KeinLeerraum"/>
              <w:spacing w:line="276" w:lineRule="auto"/>
              <w:ind w:right="48"/>
              <w:rPr>
                <w:rFonts w:ascii="Arial" w:hAnsi="Arial" w:cs="Arial"/>
                <w:sz w:val="18"/>
                <w:szCs w:val="18"/>
                <w:lang w:eastAsia="de-AT"/>
              </w:rPr>
            </w:pPr>
            <w:r w:rsidRPr="00AF3205">
              <w:rPr>
                <w:rFonts w:ascii="Arial" w:hAnsi="Arial" w:cs="Arial"/>
                <w:sz w:val="18"/>
                <w:szCs w:val="18"/>
              </w:rPr>
              <w:t xml:space="preserve"> </w:t>
            </w:r>
          </w:p>
        </w:tc>
      </w:tr>
    </w:tbl>
    <w:p w14:paraId="187C215A" w14:textId="3787D724" w:rsidR="00860560" w:rsidRPr="00E66E46" w:rsidRDefault="0003652C" w:rsidP="007E07F7">
      <w:pPr>
        <w:tabs>
          <w:tab w:val="left" w:pos="2980"/>
        </w:tabs>
        <w:ind w:right="48"/>
        <w:rPr>
          <w:rFonts w:ascii="Arial" w:hAnsi="Arial" w:cs="Arial"/>
          <w:sz w:val="20"/>
          <w:szCs w:val="20"/>
        </w:rPr>
      </w:pPr>
      <w:r>
        <w:rPr>
          <w:rFonts w:ascii="Arial" w:hAnsi="Arial" w:cs="Arial"/>
          <w:sz w:val="20"/>
          <w:szCs w:val="20"/>
        </w:rPr>
        <w:tab/>
      </w:r>
    </w:p>
    <w:sectPr w:rsidR="00860560" w:rsidRPr="00E66E46" w:rsidSect="007E07F7">
      <w:headerReference w:type="default" r:id="rId18"/>
      <w:pgSz w:w="12240" w:h="15840"/>
      <w:pgMar w:top="1520"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A074F8" w14:textId="77777777" w:rsidR="00860560" w:rsidRDefault="00860560" w:rsidP="00860560">
      <w:pPr>
        <w:spacing w:after="0" w:line="240" w:lineRule="auto"/>
      </w:pPr>
      <w:r>
        <w:separator/>
      </w:r>
    </w:p>
  </w:endnote>
  <w:endnote w:type="continuationSeparator" w:id="0">
    <w:p w14:paraId="1F8F62EB" w14:textId="77777777" w:rsidR="00860560" w:rsidRDefault="00860560" w:rsidP="00860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CF79F" w14:textId="77777777" w:rsidR="00860560" w:rsidRDefault="00860560" w:rsidP="00860560">
      <w:pPr>
        <w:spacing w:after="0" w:line="240" w:lineRule="auto"/>
      </w:pPr>
      <w:r>
        <w:separator/>
      </w:r>
    </w:p>
  </w:footnote>
  <w:footnote w:type="continuationSeparator" w:id="0">
    <w:p w14:paraId="2A7710FD" w14:textId="77777777" w:rsidR="00860560" w:rsidRDefault="00860560" w:rsidP="008605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71985" w14:textId="1EB250E4" w:rsidR="00860560" w:rsidRDefault="00860560">
    <w:pPr>
      <w:pStyle w:val="Kopfzeile"/>
    </w:pPr>
    <w:r>
      <mc:AlternateContent>
        <mc:Choice Requires="wpg">
          <w:drawing>
            <wp:anchor distT="0" distB="0" distL="114300" distR="114300" simplePos="0" relativeHeight="251659264" behindDoc="0" locked="0" layoutInCell="1" allowOverlap="1" wp14:anchorId="39D60B3A" wp14:editId="058D316B">
              <wp:simplePos x="0" y="0"/>
              <wp:positionH relativeFrom="column">
                <wp:posOffset>4406900</wp:posOffset>
              </wp:positionH>
              <wp:positionV relativeFrom="paragraph">
                <wp:posOffset>-133639</wp:posOffset>
              </wp:positionV>
              <wp:extent cx="1815273" cy="247650"/>
              <wp:effectExtent l="0" t="0" r="13970" b="0"/>
              <wp:wrapNone/>
              <wp:docPr id="2" name="Grafik 2" descr="Logo FWF Österreichischer Wissenschaftsfonds"/>
              <wp:cNvGraphicFramePr/>
              <a:graphic xmlns:a="http://schemas.openxmlformats.org/drawingml/2006/main">
                <a:graphicData uri="http://schemas.microsoft.com/office/word/2010/wordprocessingGroup">
                  <wpg:wgp>
                    <wpg:cNvGrpSpPr/>
                    <wpg:grpSpPr>
                      <a:xfrm>
                        <a:off x="0" y="0"/>
                        <a:ext cx="1815273" cy="247650"/>
                        <a:chOff x="5470497" y="453224"/>
                        <a:chExt cx="1633855" cy="224790"/>
                      </a:xfrm>
                    </wpg:grpSpPr>
                    <wps:wsp>
                      <wps:cNvPr id="3" name="Freihandform: Form 3"/>
                      <wps:cNvSpPr/>
                      <wps:spPr>
                        <a:xfrm>
                          <a:off x="5464744" y="447146"/>
                          <a:ext cx="161084" cy="233116"/>
                        </a:xfrm>
                        <a:custGeom>
                          <a:avLst/>
                          <a:gdLst>
                            <a:gd name="connsiteX0" fmla="*/ 49322 w 161084"/>
                            <a:gd name="connsiteY0" fmla="*/ 6244 h 233115"/>
                            <a:gd name="connsiteX1" fmla="*/ 5753 w 161084"/>
                            <a:gd name="connsiteY1" fmla="*/ 53533 h 233115"/>
                            <a:gd name="connsiteX2" fmla="*/ 5753 w 161084"/>
                            <a:gd name="connsiteY2" fmla="*/ 226871 h 233115"/>
                            <a:gd name="connsiteX3" fmla="*/ 34825 w 161084"/>
                            <a:gd name="connsiteY3" fmla="*/ 226871 h 233115"/>
                            <a:gd name="connsiteX4" fmla="*/ 34902 w 161084"/>
                            <a:gd name="connsiteY4" fmla="*/ 129962 h 233115"/>
                            <a:gd name="connsiteX5" fmla="*/ 145590 w 161084"/>
                            <a:gd name="connsiteY5" fmla="*/ 129962 h 233115"/>
                            <a:gd name="connsiteX6" fmla="*/ 145590 w 161084"/>
                            <a:gd name="connsiteY6" fmla="*/ 103070 h 233115"/>
                            <a:gd name="connsiteX7" fmla="*/ 34902 w 161084"/>
                            <a:gd name="connsiteY7" fmla="*/ 103070 h 233115"/>
                            <a:gd name="connsiteX8" fmla="*/ 34825 w 161084"/>
                            <a:gd name="connsiteY8" fmla="*/ 33302 h 233115"/>
                            <a:gd name="connsiteX9" fmla="*/ 160087 w 161084"/>
                            <a:gd name="connsiteY9" fmla="*/ 33302 h 233115"/>
                            <a:gd name="connsiteX10" fmla="*/ 160087 w 161084"/>
                            <a:gd name="connsiteY10" fmla="*/ 6244 h 233115"/>
                            <a:gd name="connsiteX11" fmla="*/ 49322 w 161084"/>
                            <a:gd name="connsiteY11" fmla="*/ 6244 h 2331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161084" h="233115">
                              <a:moveTo>
                                <a:pt x="49322" y="6244"/>
                              </a:moveTo>
                              <a:lnTo>
                                <a:pt x="5753" y="53533"/>
                              </a:lnTo>
                              <a:lnTo>
                                <a:pt x="5753" y="226871"/>
                              </a:lnTo>
                              <a:lnTo>
                                <a:pt x="34825" y="226871"/>
                              </a:lnTo>
                              <a:lnTo>
                                <a:pt x="34902" y="129962"/>
                              </a:lnTo>
                              <a:lnTo>
                                <a:pt x="145590" y="129962"/>
                              </a:lnTo>
                              <a:lnTo>
                                <a:pt x="145590" y="103070"/>
                              </a:lnTo>
                              <a:lnTo>
                                <a:pt x="34902" y="103070"/>
                              </a:lnTo>
                              <a:lnTo>
                                <a:pt x="34825" y="33302"/>
                              </a:lnTo>
                              <a:lnTo>
                                <a:pt x="160087" y="33302"/>
                              </a:lnTo>
                              <a:lnTo>
                                <a:pt x="160087" y="6244"/>
                              </a:lnTo>
                              <a:lnTo>
                                <a:pt x="49322" y="6244"/>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Freihandform: Form 4"/>
                      <wps:cNvSpPr/>
                      <wps:spPr>
                        <a:xfrm>
                          <a:off x="5911638" y="447146"/>
                          <a:ext cx="161084" cy="233116"/>
                        </a:xfrm>
                        <a:custGeom>
                          <a:avLst/>
                          <a:gdLst>
                            <a:gd name="connsiteX0" fmla="*/ 49322 w 161084"/>
                            <a:gd name="connsiteY0" fmla="*/ 6244 h 233115"/>
                            <a:gd name="connsiteX1" fmla="*/ 5753 w 161084"/>
                            <a:gd name="connsiteY1" fmla="*/ 53533 h 233115"/>
                            <a:gd name="connsiteX2" fmla="*/ 5753 w 161084"/>
                            <a:gd name="connsiteY2" fmla="*/ 226871 h 233115"/>
                            <a:gd name="connsiteX3" fmla="*/ 34825 w 161084"/>
                            <a:gd name="connsiteY3" fmla="*/ 226871 h 233115"/>
                            <a:gd name="connsiteX4" fmla="*/ 34978 w 161084"/>
                            <a:gd name="connsiteY4" fmla="*/ 129962 h 233115"/>
                            <a:gd name="connsiteX5" fmla="*/ 145666 w 161084"/>
                            <a:gd name="connsiteY5" fmla="*/ 129962 h 233115"/>
                            <a:gd name="connsiteX6" fmla="*/ 145666 w 161084"/>
                            <a:gd name="connsiteY6" fmla="*/ 103070 h 233115"/>
                            <a:gd name="connsiteX7" fmla="*/ 34978 w 161084"/>
                            <a:gd name="connsiteY7" fmla="*/ 103070 h 233115"/>
                            <a:gd name="connsiteX8" fmla="*/ 34825 w 161084"/>
                            <a:gd name="connsiteY8" fmla="*/ 33302 h 233115"/>
                            <a:gd name="connsiteX9" fmla="*/ 160164 w 161084"/>
                            <a:gd name="connsiteY9" fmla="*/ 33302 h 233115"/>
                            <a:gd name="connsiteX10" fmla="*/ 160164 w 161084"/>
                            <a:gd name="connsiteY10" fmla="*/ 6244 h 233115"/>
                            <a:gd name="connsiteX11" fmla="*/ 49322 w 161084"/>
                            <a:gd name="connsiteY11" fmla="*/ 6244 h 2331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161084" h="233115">
                              <a:moveTo>
                                <a:pt x="49322" y="6244"/>
                              </a:moveTo>
                              <a:lnTo>
                                <a:pt x="5753" y="53533"/>
                              </a:lnTo>
                              <a:lnTo>
                                <a:pt x="5753" y="226871"/>
                              </a:lnTo>
                              <a:lnTo>
                                <a:pt x="34825" y="226871"/>
                              </a:lnTo>
                              <a:lnTo>
                                <a:pt x="34978" y="129962"/>
                              </a:lnTo>
                              <a:lnTo>
                                <a:pt x="145666" y="129962"/>
                              </a:lnTo>
                              <a:lnTo>
                                <a:pt x="145666" y="103070"/>
                              </a:lnTo>
                              <a:lnTo>
                                <a:pt x="34978" y="103070"/>
                              </a:lnTo>
                              <a:lnTo>
                                <a:pt x="34825" y="33302"/>
                              </a:lnTo>
                              <a:lnTo>
                                <a:pt x="160164" y="33302"/>
                              </a:lnTo>
                              <a:lnTo>
                                <a:pt x="160164" y="6244"/>
                              </a:lnTo>
                              <a:lnTo>
                                <a:pt x="49322" y="6244"/>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Freihandform: Form 5"/>
                      <wps:cNvSpPr/>
                      <wps:spPr>
                        <a:xfrm>
                          <a:off x="5633652" y="447146"/>
                          <a:ext cx="268474" cy="233116"/>
                        </a:xfrm>
                        <a:custGeom>
                          <a:avLst/>
                          <a:gdLst>
                            <a:gd name="connsiteX0" fmla="*/ 195065 w 268473"/>
                            <a:gd name="connsiteY0" fmla="*/ 203060 h 233115"/>
                            <a:gd name="connsiteX1" fmla="*/ 153337 w 268473"/>
                            <a:gd name="connsiteY1" fmla="*/ 6244 h 233115"/>
                            <a:gd name="connsiteX2" fmla="*/ 120046 w 268473"/>
                            <a:gd name="connsiteY2" fmla="*/ 6244 h 233115"/>
                            <a:gd name="connsiteX3" fmla="*/ 78318 w 268473"/>
                            <a:gd name="connsiteY3" fmla="*/ 203144 h 233115"/>
                            <a:gd name="connsiteX4" fmla="*/ 36589 w 268473"/>
                            <a:gd name="connsiteY4" fmla="*/ 6244 h 233115"/>
                            <a:gd name="connsiteX5" fmla="*/ 5753 w 268473"/>
                            <a:gd name="connsiteY5" fmla="*/ 6244 h 233115"/>
                            <a:gd name="connsiteX6" fmla="*/ 57377 w 268473"/>
                            <a:gd name="connsiteY6" fmla="*/ 226871 h 233115"/>
                            <a:gd name="connsiteX7" fmla="*/ 97801 w 268473"/>
                            <a:gd name="connsiteY7" fmla="*/ 226871 h 233115"/>
                            <a:gd name="connsiteX8" fmla="*/ 136692 w 268473"/>
                            <a:gd name="connsiteY8" fmla="*/ 47123 h 233115"/>
                            <a:gd name="connsiteX9" fmla="*/ 175582 w 268473"/>
                            <a:gd name="connsiteY9" fmla="*/ 226871 h 233115"/>
                            <a:gd name="connsiteX10" fmla="*/ 216083 w 268473"/>
                            <a:gd name="connsiteY10" fmla="*/ 226871 h 233115"/>
                            <a:gd name="connsiteX11" fmla="*/ 267630 w 268473"/>
                            <a:gd name="connsiteY11" fmla="*/ 6244 h 233115"/>
                            <a:gd name="connsiteX12" fmla="*/ 236794 w 268473"/>
                            <a:gd name="connsiteY12" fmla="*/ 6244 h 233115"/>
                            <a:gd name="connsiteX13" fmla="*/ 195065 w 268473"/>
                            <a:gd name="connsiteY13" fmla="*/ 203144 h 2331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268473" h="233115">
                              <a:moveTo>
                                <a:pt x="195065" y="203060"/>
                              </a:moveTo>
                              <a:lnTo>
                                <a:pt x="153337" y="6244"/>
                              </a:lnTo>
                              <a:lnTo>
                                <a:pt x="120046" y="6244"/>
                              </a:lnTo>
                              <a:lnTo>
                                <a:pt x="78318" y="203144"/>
                              </a:lnTo>
                              <a:lnTo>
                                <a:pt x="36589" y="6244"/>
                              </a:lnTo>
                              <a:lnTo>
                                <a:pt x="5753" y="6244"/>
                              </a:lnTo>
                              <a:lnTo>
                                <a:pt x="57377" y="226871"/>
                              </a:lnTo>
                              <a:lnTo>
                                <a:pt x="97801" y="226871"/>
                              </a:lnTo>
                              <a:cubicBezTo>
                                <a:pt x="103247" y="200063"/>
                                <a:pt x="129098" y="90665"/>
                                <a:pt x="136692" y="47123"/>
                              </a:cubicBezTo>
                              <a:cubicBezTo>
                                <a:pt x="141217" y="71433"/>
                                <a:pt x="175045" y="224290"/>
                                <a:pt x="175582" y="226871"/>
                              </a:cubicBezTo>
                              <a:lnTo>
                                <a:pt x="216083" y="226871"/>
                              </a:lnTo>
                              <a:lnTo>
                                <a:pt x="267630" y="6244"/>
                              </a:lnTo>
                              <a:lnTo>
                                <a:pt x="236794" y="6244"/>
                              </a:lnTo>
                              <a:lnTo>
                                <a:pt x="195065" y="203144"/>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Freihandform: Form 6"/>
                      <wps:cNvSpPr/>
                      <wps:spPr>
                        <a:xfrm>
                          <a:off x="6143216" y="446980"/>
                          <a:ext cx="76707" cy="108232"/>
                        </a:xfrm>
                        <a:custGeom>
                          <a:avLst/>
                          <a:gdLst>
                            <a:gd name="connsiteX0" fmla="*/ 50857 w 76706"/>
                            <a:gd name="connsiteY0" fmla="*/ 6244 h 108232"/>
                            <a:gd name="connsiteX1" fmla="*/ 56380 w 76706"/>
                            <a:gd name="connsiteY1" fmla="*/ 12239 h 108232"/>
                            <a:gd name="connsiteX2" fmla="*/ 50857 w 76706"/>
                            <a:gd name="connsiteY2" fmla="*/ 18066 h 108232"/>
                            <a:gd name="connsiteX3" fmla="*/ 45257 w 76706"/>
                            <a:gd name="connsiteY3" fmla="*/ 12239 h 108232"/>
                            <a:gd name="connsiteX4" fmla="*/ 50857 w 76706"/>
                            <a:gd name="connsiteY4" fmla="*/ 6244 h 108232"/>
                            <a:gd name="connsiteX5" fmla="*/ 31527 w 76706"/>
                            <a:gd name="connsiteY5" fmla="*/ 6244 h 108232"/>
                            <a:gd name="connsiteX6" fmla="*/ 37126 w 76706"/>
                            <a:gd name="connsiteY6" fmla="*/ 12239 h 108232"/>
                            <a:gd name="connsiteX7" fmla="*/ 31527 w 76706"/>
                            <a:gd name="connsiteY7" fmla="*/ 18066 h 108232"/>
                            <a:gd name="connsiteX8" fmla="*/ 26004 w 76706"/>
                            <a:gd name="connsiteY8" fmla="*/ 12239 h 108232"/>
                            <a:gd name="connsiteX9" fmla="*/ 31527 w 76706"/>
                            <a:gd name="connsiteY9" fmla="*/ 6244 h 108232"/>
                            <a:gd name="connsiteX10" fmla="*/ 41192 w 76706"/>
                            <a:gd name="connsiteY10" fmla="*/ 99407 h 108232"/>
                            <a:gd name="connsiteX11" fmla="*/ 67195 w 76706"/>
                            <a:gd name="connsiteY11" fmla="*/ 67604 h 108232"/>
                            <a:gd name="connsiteX12" fmla="*/ 41192 w 76706"/>
                            <a:gd name="connsiteY12" fmla="*/ 35800 h 108232"/>
                            <a:gd name="connsiteX13" fmla="*/ 15188 w 76706"/>
                            <a:gd name="connsiteY13" fmla="*/ 67604 h 108232"/>
                            <a:gd name="connsiteX14" fmla="*/ 41192 w 76706"/>
                            <a:gd name="connsiteY14" fmla="*/ 99407 h 108232"/>
                            <a:gd name="connsiteX15" fmla="*/ 41192 w 76706"/>
                            <a:gd name="connsiteY15" fmla="*/ 108649 h 108232"/>
                            <a:gd name="connsiteX16" fmla="*/ 5753 w 76706"/>
                            <a:gd name="connsiteY16" fmla="*/ 67687 h 108232"/>
                            <a:gd name="connsiteX17" fmla="*/ 41192 w 76706"/>
                            <a:gd name="connsiteY17" fmla="*/ 26642 h 108232"/>
                            <a:gd name="connsiteX18" fmla="*/ 76630 w 76706"/>
                            <a:gd name="connsiteY18" fmla="*/ 67687 h 108232"/>
                            <a:gd name="connsiteX19" fmla="*/ 41192 w 76706"/>
                            <a:gd name="connsiteY19" fmla="*/ 108649 h 1082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76706" h="108232">
                              <a:moveTo>
                                <a:pt x="50857" y="6244"/>
                              </a:moveTo>
                              <a:cubicBezTo>
                                <a:pt x="54078" y="6244"/>
                                <a:pt x="56380" y="8825"/>
                                <a:pt x="56380" y="12239"/>
                              </a:cubicBezTo>
                              <a:cubicBezTo>
                                <a:pt x="56380" y="15652"/>
                                <a:pt x="54078" y="18066"/>
                                <a:pt x="50857" y="18066"/>
                              </a:cubicBezTo>
                              <a:cubicBezTo>
                                <a:pt x="47635" y="18066"/>
                                <a:pt x="45257" y="15569"/>
                                <a:pt x="45257" y="12239"/>
                              </a:cubicBezTo>
                              <a:cubicBezTo>
                                <a:pt x="45257" y="8908"/>
                                <a:pt x="47788" y="6244"/>
                                <a:pt x="50857" y="6244"/>
                              </a:cubicBezTo>
                              <a:moveTo>
                                <a:pt x="31527" y="6244"/>
                              </a:moveTo>
                              <a:cubicBezTo>
                                <a:pt x="34825" y="6244"/>
                                <a:pt x="37126" y="8825"/>
                                <a:pt x="37126" y="12239"/>
                              </a:cubicBezTo>
                              <a:cubicBezTo>
                                <a:pt x="37126" y="15652"/>
                                <a:pt x="34825" y="18066"/>
                                <a:pt x="31527" y="18066"/>
                              </a:cubicBezTo>
                              <a:cubicBezTo>
                                <a:pt x="28228" y="18066"/>
                                <a:pt x="26004" y="15569"/>
                                <a:pt x="26004" y="12239"/>
                              </a:cubicBezTo>
                              <a:cubicBezTo>
                                <a:pt x="26004" y="8908"/>
                                <a:pt x="28382" y="6244"/>
                                <a:pt x="31527" y="6244"/>
                              </a:cubicBezTo>
                              <a:moveTo>
                                <a:pt x="41192" y="99407"/>
                              </a:moveTo>
                              <a:cubicBezTo>
                                <a:pt x="56686" y="99407"/>
                                <a:pt x="67195" y="86170"/>
                                <a:pt x="67195" y="67604"/>
                              </a:cubicBezTo>
                              <a:cubicBezTo>
                                <a:pt x="67195" y="49038"/>
                                <a:pt x="56686" y="35800"/>
                                <a:pt x="41192" y="35800"/>
                              </a:cubicBezTo>
                              <a:cubicBezTo>
                                <a:pt x="25697" y="35800"/>
                                <a:pt x="15188" y="49038"/>
                                <a:pt x="15188" y="67604"/>
                              </a:cubicBezTo>
                              <a:cubicBezTo>
                                <a:pt x="15188" y="86170"/>
                                <a:pt x="25697" y="99407"/>
                                <a:pt x="41192" y="99407"/>
                              </a:cubicBezTo>
                              <a:moveTo>
                                <a:pt x="41192" y="108649"/>
                              </a:moveTo>
                              <a:cubicBezTo>
                                <a:pt x="20251" y="108649"/>
                                <a:pt x="5753" y="91415"/>
                                <a:pt x="5753" y="67687"/>
                              </a:cubicBezTo>
                              <a:cubicBezTo>
                                <a:pt x="5753" y="43959"/>
                                <a:pt x="20251" y="26642"/>
                                <a:pt x="41192" y="26642"/>
                              </a:cubicBezTo>
                              <a:cubicBezTo>
                                <a:pt x="62133" y="26642"/>
                                <a:pt x="76630" y="43959"/>
                                <a:pt x="76630" y="67687"/>
                              </a:cubicBezTo>
                              <a:cubicBezTo>
                                <a:pt x="76630" y="91415"/>
                                <a:pt x="62133" y="108649"/>
                                <a:pt x="41192" y="108649"/>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Freihandform: Form 7"/>
                      <wps:cNvSpPr/>
                      <wps:spPr>
                        <a:xfrm>
                          <a:off x="6222531" y="489190"/>
                          <a:ext cx="53695" cy="66604"/>
                        </a:xfrm>
                        <a:custGeom>
                          <a:avLst/>
                          <a:gdLst>
                            <a:gd name="connsiteX0" fmla="*/ 14728 w 53694"/>
                            <a:gd name="connsiteY0" fmla="*/ 46374 h 66604"/>
                            <a:gd name="connsiteX1" fmla="*/ 29686 w 53694"/>
                            <a:gd name="connsiteY1" fmla="*/ 58363 h 66604"/>
                            <a:gd name="connsiteX2" fmla="*/ 42726 w 53694"/>
                            <a:gd name="connsiteY2" fmla="*/ 49371 h 66604"/>
                            <a:gd name="connsiteX3" fmla="*/ 28688 w 53694"/>
                            <a:gd name="connsiteY3" fmla="*/ 40380 h 66604"/>
                            <a:gd name="connsiteX4" fmla="*/ 6904 w 53694"/>
                            <a:gd name="connsiteY4" fmla="*/ 23895 h 66604"/>
                            <a:gd name="connsiteX5" fmla="*/ 28151 w 53694"/>
                            <a:gd name="connsiteY5" fmla="*/ 6245 h 66604"/>
                            <a:gd name="connsiteX6" fmla="*/ 50243 w 53694"/>
                            <a:gd name="connsiteY6" fmla="*/ 24811 h 66604"/>
                            <a:gd name="connsiteX7" fmla="*/ 41345 w 53694"/>
                            <a:gd name="connsiteY7" fmla="*/ 24811 h 66604"/>
                            <a:gd name="connsiteX8" fmla="*/ 28151 w 53694"/>
                            <a:gd name="connsiteY8" fmla="*/ 14321 h 66604"/>
                            <a:gd name="connsiteX9" fmla="*/ 15495 w 53694"/>
                            <a:gd name="connsiteY9" fmla="*/ 23229 h 66604"/>
                            <a:gd name="connsiteX10" fmla="*/ 29072 w 53694"/>
                            <a:gd name="connsiteY10" fmla="*/ 31555 h 66604"/>
                            <a:gd name="connsiteX11" fmla="*/ 51240 w 53694"/>
                            <a:gd name="connsiteY11" fmla="*/ 48705 h 66604"/>
                            <a:gd name="connsiteX12" fmla="*/ 29609 w 53694"/>
                            <a:gd name="connsiteY12" fmla="*/ 66439 h 66604"/>
                            <a:gd name="connsiteX13" fmla="*/ 5753 w 53694"/>
                            <a:gd name="connsiteY13" fmla="*/ 46374 h 66604"/>
                            <a:gd name="connsiteX14" fmla="*/ 14651 w 53694"/>
                            <a:gd name="connsiteY14" fmla="*/ 46374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53694" h="66604">
                              <a:moveTo>
                                <a:pt x="14728" y="46374"/>
                              </a:moveTo>
                              <a:cubicBezTo>
                                <a:pt x="15035" y="53284"/>
                                <a:pt x="20634" y="58363"/>
                                <a:pt x="29686" y="58363"/>
                              </a:cubicBezTo>
                              <a:cubicBezTo>
                                <a:pt x="37356" y="58363"/>
                                <a:pt x="42726" y="54783"/>
                                <a:pt x="42726" y="49371"/>
                              </a:cubicBezTo>
                              <a:cubicBezTo>
                                <a:pt x="42726" y="41962"/>
                                <a:pt x="36819" y="41462"/>
                                <a:pt x="28688" y="40380"/>
                              </a:cubicBezTo>
                              <a:cubicBezTo>
                                <a:pt x="16569" y="38798"/>
                                <a:pt x="6904" y="36134"/>
                                <a:pt x="6904" y="23895"/>
                              </a:cubicBezTo>
                              <a:cubicBezTo>
                                <a:pt x="6904" y="13155"/>
                                <a:pt x="15955" y="6162"/>
                                <a:pt x="28151" y="6245"/>
                              </a:cubicBezTo>
                              <a:cubicBezTo>
                                <a:pt x="40501" y="6328"/>
                                <a:pt x="49399" y="12572"/>
                                <a:pt x="50243" y="24811"/>
                              </a:cubicBezTo>
                              <a:lnTo>
                                <a:pt x="41345" y="24811"/>
                              </a:lnTo>
                              <a:cubicBezTo>
                                <a:pt x="40731" y="18816"/>
                                <a:pt x="35592" y="14321"/>
                                <a:pt x="28151" y="14321"/>
                              </a:cubicBezTo>
                              <a:cubicBezTo>
                                <a:pt x="20711" y="14321"/>
                                <a:pt x="15495" y="17734"/>
                                <a:pt x="15495" y="23229"/>
                              </a:cubicBezTo>
                              <a:cubicBezTo>
                                <a:pt x="15495" y="29640"/>
                                <a:pt x="21248" y="30472"/>
                                <a:pt x="29072" y="31555"/>
                              </a:cubicBezTo>
                              <a:cubicBezTo>
                                <a:pt x="41422" y="33136"/>
                                <a:pt x="51240" y="35717"/>
                                <a:pt x="51240" y="48705"/>
                              </a:cubicBezTo>
                              <a:cubicBezTo>
                                <a:pt x="51240" y="59612"/>
                                <a:pt x="41575" y="66439"/>
                                <a:pt x="29609" y="66439"/>
                              </a:cubicBezTo>
                              <a:cubicBezTo>
                                <a:pt x="15571" y="66439"/>
                                <a:pt x="5906" y="59279"/>
                                <a:pt x="5753" y="46374"/>
                              </a:cubicBezTo>
                              <a:lnTo>
                                <a:pt x="14651" y="46374"/>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Freihandform: Form 8"/>
                      <wps:cNvSpPr/>
                      <wps:spPr>
                        <a:xfrm>
                          <a:off x="6272697" y="473455"/>
                          <a:ext cx="38353" cy="83256"/>
                        </a:xfrm>
                        <a:custGeom>
                          <a:avLst/>
                          <a:gdLst>
                            <a:gd name="connsiteX0" fmla="*/ 15495 w 38353"/>
                            <a:gd name="connsiteY0" fmla="*/ 31387 h 83255"/>
                            <a:gd name="connsiteX1" fmla="*/ 5753 w 38353"/>
                            <a:gd name="connsiteY1" fmla="*/ 31387 h 83255"/>
                            <a:gd name="connsiteX2" fmla="*/ 5753 w 38353"/>
                            <a:gd name="connsiteY2" fmla="*/ 22729 h 83255"/>
                            <a:gd name="connsiteX3" fmla="*/ 15495 w 38353"/>
                            <a:gd name="connsiteY3" fmla="*/ 22729 h 83255"/>
                            <a:gd name="connsiteX4" fmla="*/ 15495 w 38353"/>
                            <a:gd name="connsiteY4" fmla="*/ 6244 h 83255"/>
                            <a:gd name="connsiteX5" fmla="*/ 24163 w 38353"/>
                            <a:gd name="connsiteY5" fmla="*/ 6244 h 83255"/>
                            <a:gd name="connsiteX6" fmla="*/ 24163 w 38353"/>
                            <a:gd name="connsiteY6" fmla="*/ 22729 h 83255"/>
                            <a:gd name="connsiteX7" fmla="*/ 38200 w 38353"/>
                            <a:gd name="connsiteY7" fmla="*/ 22729 h 83255"/>
                            <a:gd name="connsiteX8" fmla="*/ 38200 w 38353"/>
                            <a:gd name="connsiteY8" fmla="*/ 31387 h 83255"/>
                            <a:gd name="connsiteX9" fmla="*/ 24163 w 38353"/>
                            <a:gd name="connsiteY9" fmla="*/ 31387 h 83255"/>
                            <a:gd name="connsiteX10" fmla="*/ 24163 w 38353"/>
                            <a:gd name="connsiteY10" fmla="*/ 66105 h 83255"/>
                            <a:gd name="connsiteX11" fmla="*/ 30453 w 38353"/>
                            <a:gd name="connsiteY11" fmla="*/ 72932 h 83255"/>
                            <a:gd name="connsiteX12" fmla="*/ 39044 w 38353"/>
                            <a:gd name="connsiteY12" fmla="*/ 72932 h 83255"/>
                            <a:gd name="connsiteX13" fmla="*/ 39044 w 38353"/>
                            <a:gd name="connsiteY13" fmla="*/ 81590 h 83255"/>
                            <a:gd name="connsiteX14" fmla="*/ 29609 w 38353"/>
                            <a:gd name="connsiteY14" fmla="*/ 81590 h 83255"/>
                            <a:gd name="connsiteX15" fmla="*/ 15495 w 38353"/>
                            <a:gd name="connsiteY15" fmla="*/ 66271 h 83255"/>
                            <a:gd name="connsiteX16" fmla="*/ 15495 w 38353"/>
                            <a:gd name="connsiteY16" fmla="*/ 31387 h 832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38353" h="83255">
                              <a:moveTo>
                                <a:pt x="15495" y="31387"/>
                              </a:moveTo>
                              <a:lnTo>
                                <a:pt x="5753" y="31387"/>
                              </a:lnTo>
                              <a:lnTo>
                                <a:pt x="5753" y="22729"/>
                              </a:lnTo>
                              <a:lnTo>
                                <a:pt x="15495" y="22729"/>
                              </a:lnTo>
                              <a:lnTo>
                                <a:pt x="15495" y="6244"/>
                              </a:lnTo>
                              <a:lnTo>
                                <a:pt x="24163" y="6244"/>
                              </a:lnTo>
                              <a:lnTo>
                                <a:pt x="24163" y="22729"/>
                              </a:lnTo>
                              <a:lnTo>
                                <a:pt x="38200" y="22729"/>
                              </a:lnTo>
                              <a:lnTo>
                                <a:pt x="38200" y="31387"/>
                              </a:lnTo>
                              <a:lnTo>
                                <a:pt x="24163" y="31387"/>
                              </a:lnTo>
                              <a:lnTo>
                                <a:pt x="24163" y="66105"/>
                              </a:lnTo>
                              <a:cubicBezTo>
                                <a:pt x="24163" y="71017"/>
                                <a:pt x="25773" y="72932"/>
                                <a:pt x="30453" y="72932"/>
                              </a:cubicBezTo>
                              <a:lnTo>
                                <a:pt x="39044" y="72932"/>
                              </a:lnTo>
                              <a:lnTo>
                                <a:pt x="39044" y="81590"/>
                              </a:lnTo>
                              <a:lnTo>
                                <a:pt x="29609" y="81590"/>
                              </a:lnTo>
                              <a:cubicBezTo>
                                <a:pt x="19177" y="81590"/>
                                <a:pt x="15495" y="76595"/>
                                <a:pt x="15495" y="66271"/>
                              </a:cubicBezTo>
                              <a:lnTo>
                                <a:pt x="15495" y="31387"/>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Freihandform: Form 9"/>
                      <wps:cNvSpPr/>
                      <wps:spPr>
                        <a:xfrm>
                          <a:off x="6310130" y="489274"/>
                          <a:ext cx="61365" cy="66604"/>
                        </a:xfrm>
                        <a:custGeom>
                          <a:avLst/>
                          <a:gdLst>
                            <a:gd name="connsiteX0" fmla="*/ 47788 w 61365"/>
                            <a:gd name="connsiteY0" fmla="*/ 30305 h 66604"/>
                            <a:gd name="connsiteX1" fmla="*/ 31527 w 61365"/>
                            <a:gd name="connsiteY1" fmla="*/ 14486 h 66604"/>
                            <a:gd name="connsiteX2" fmla="*/ 15418 w 61365"/>
                            <a:gd name="connsiteY2" fmla="*/ 30305 h 66604"/>
                            <a:gd name="connsiteX3" fmla="*/ 47788 w 61365"/>
                            <a:gd name="connsiteY3" fmla="*/ 30305 h 66604"/>
                            <a:gd name="connsiteX4" fmla="*/ 5753 w 61365"/>
                            <a:gd name="connsiteY4" fmla="*/ 36299 h 66604"/>
                            <a:gd name="connsiteX5" fmla="*/ 31450 w 61365"/>
                            <a:gd name="connsiteY5" fmla="*/ 6244 h 66604"/>
                            <a:gd name="connsiteX6" fmla="*/ 57147 w 61365"/>
                            <a:gd name="connsiteY6" fmla="*/ 34135 h 66604"/>
                            <a:gd name="connsiteX7" fmla="*/ 56916 w 61365"/>
                            <a:gd name="connsiteY7" fmla="*/ 38131 h 66604"/>
                            <a:gd name="connsiteX8" fmla="*/ 14881 w 61365"/>
                            <a:gd name="connsiteY8" fmla="*/ 38131 h 66604"/>
                            <a:gd name="connsiteX9" fmla="*/ 14881 w 61365"/>
                            <a:gd name="connsiteY9" fmla="*/ 38964 h 66604"/>
                            <a:gd name="connsiteX10" fmla="*/ 31987 w 61365"/>
                            <a:gd name="connsiteY10" fmla="*/ 57946 h 66604"/>
                            <a:gd name="connsiteX11" fmla="*/ 47405 w 61365"/>
                            <a:gd name="connsiteY11" fmla="*/ 45957 h 66604"/>
                            <a:gd name="connsiteX12" fmla="*/ 56226 w 61365"/>
                            <a:gd name="connsiteY12" fmla="*/ 45957 h 66604"/>
                            <a:gd name="connsiteX13" fmla="*/ 32677 w 61365"/>
                            <a:gd name="connsiteY13" fmla="*/ 66355 h 66604"/>
                            <a:gd name="connsiteX14" fmla="*/ 5830 w 61365"/>
                            <a:gd name="connsiteY14" fmla="*/ 36299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61365" h="66604">
                              <a:moveTo>
                                <a:pt x="47788" y="30305"/>
                              </a:moveTo>
                              <a:cubicBezTo>
                                <a:pt x="46945" y="20148"/>
                                <a:pt x="40578" y="14486"/>
                                <a:pt x="31527" y="14486"/>
                              </a:cubicBezTo>
                              <a:cubicBezTo>
                                <a:pt x="23549" y="14486"/>
                                <a:pt x="16262" y="20731"/>
                                <a:pt x="15418" y="30305"/>
                              </a:cubicBezTo>
                              <a:lnTo>
                                <a:pt x="47788" y="30305"/>
                              </a:lnTo>
                              <a:close/>
                              <a:moveTo>
                                <a:pt x="5753" y="36299"/>
                              </a:moveTo>
                              <a:cubicBezTo>
                                <a:pt x="5753" y="18483"/>
                                <a:pt x="16185" y="6244"/>
                                <a:pt x="31450" y="6244"/>
                              </a:cubicBezTo>
                              <a:cubicBezTo>
                                <a:pt x="46714" y="6244"/>
                                <a:pt x="56686" y="16734"/>
                                <a:pt x="57147" y="34135"/>
                              </a:cubicBezTo>
                              <a:cubicBezTo>
                                <a:pt x="57147" y="35384"/>
                                <a:pt x="57070" y="36799"/>
                                <a:pt x="56916" y="38131"/>
                              </a:cubicBezTo>
                              <a:lnTo>
                                <a:pt x="14881" y="38131"/>
                              </a:lnTo>
                              <a:lnTo>
                                <a:pt x="14881" y="38964"/>
                              </a:lnTo>
                              <a:cubicBezTo>
                                <a:pt x="15188" y="50120"/>
                                <a:pt x="21708" y="57946"/>
                                <a:pt x="31987" y="57946"/>
                              </a:cubicBezTo>
                              <a:cubicBezTo>
                                <a:pt x="39657" y="57946"/>
                                <a:pt x="45564" y="53533"/>
                                <a:pt x="47405" y="45957"/>
                              </a:cubicBezTo>
                              <a:lnTo>
                                <a:pt x="56226" y="45957"/>
                              </a:lnTo>
                              <a:cubicBezTo>
                                <a:pt x="54078" y="57696"/>
                                <a:pt x="45180" y="66355"/>
                                <a:pt x="32677" y="66355"/>
                              </a:cubicBezTo>
                              <a:cubicBezTo>
                                <a:pt x="16415" y="66355"/>
                                <a:pt x="5830" y="54283"/>
                                <a:pt x="5830" y="36299"/>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Freihandform: Form 10"/>
                      <wps:cNvSpPr/>
                      <wps:spPr>
                        <a:xfrm>
                          <a:off x="6371955" y="489940"/>
                          <a:ext cx="38353" cy="66604"/>
                        </a:xfrm>
                        <a:custGeom>
                          <a:avLst/>
                          <a:gdLst>
                            <a:gd name="connsiteX0" fmla="*/ 33214 w 38353"/>
                            <a:gd name="connsiteY0" fmla="*/ 6244 h 66604"/>
                            <a:gd name="connsiteX1" fmla="*/ 33214 w 38353"/>
                            <a:gd name="connsiteY1" fmla="*/ 15486 h 66604"/>
                            <a:gd name="connsiteX2" fmla="*/ 28842 w 38353"/>
                            <a:gd name="connsiteY2" fmla="*/ 15486 h 66604"/>
                            <a:gd name="connsiteX3" fmla="*/ 14421 w 38353"/>
                            <a:gd name="connsiteY3" fmla="*/ 35051 h 66604"/>
                            <a:gd name="connsiteX4" fmla="*/ 14421 w 38353"/>
                            <a:gd name="connsiteY4" fmla="*/ 65023 h 66604"/>
                            <a:gd name="connsiteX5" fmla="*/ 5753 w 38353"/>
                            <a:gd name="connsiteY5" fmla="*/ 65023 h 66604"/>
                            <a:gd name="connsiteX6" fmla="*/ 5753 w 38353"/>
                            <a:gd name="connsiteY6" fmla="*/ 6244 h 66604"/>
                            <a:gd name="connsiteX7" fmla="*/ 13270 w 38353"/>
                            <a:gd name="connsiteY7" fmla="*/ 6244 h 66604"/>
                            <a:gd name="connsiteX8" fmla="*/ 14421 w 38353"/>
                            <a:gd name="connsiteY8" fmla="*/ 15153 h 66604"/>
                            <a:gd name="connsiteX9" fmla="*/ 30759 w 38353"/>
                            <a:gd name="connsiteY9" fmla="*/ 6244 h 66604"/>
                            <a:gd name="connsiteX10" fmla="*/ 33214 w 38353"/>
                            <a:gd name="connsiteY10" fmla="*/ 6244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38353" h="66604">
                              <a:moveTo>
                                <a:pt x="33214" y="6244"/>
                              </a:moveTo>
                              <a:lnTo>
                                <a:pt x="33214" y="15486"/>
                              </a:lnTo>
                              <a:lnTo>
                                <a:pt x="28842" y="15486"/>
                              </a:lnTo>
                              <a:cubicBezTo>
                                <a:pt x="17489" y="15486"/>
                                <a:pt x="14421" y="25726"/>
                                <a:pt x="14421" y="35051"/>
                              </a:cubicBezTo>
                              <a:lnTo>
                                <a:pt x="14421" y="65023"/>
                              </a:lnTo>
                              <a:lnTo>
                                <a:pt x="5753" y="65023"/>
                              </a:lnTo>
                              <a:lnTo>
                                <a:pt x="5753" y="6244"/>
                              </a:lnTo>
                              <a:lnTo>
                                <a:pt x="13270" y="6244"/>
                              </a:lnTo>
                              <a:lnTo>
                                <a:pt x="14421" y="15153"/>
                              </a:lnTo>
                              <a:cubicBezTo>
                                <a:pt x="16952" y="10657"/>
                                <a:pt x="21094" y="6244"/>
                                <a:pt x="30759" y="6244"/>
                              </a:cubicBezTo>
                              <a:lnTo>
                                <a:pt x="33214" y="6244"/>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Freihandform: Form 11"/>
                      <wps:cNvSpPr/>
                      <wps:spPr>
                        <a:xfrm>
                          <a:off x="6407087" y="489940"/>
                          <a:ext cx="38353" cy="66604"/>
                        </a:xfrm>
                        <a:custGeom>
                          <a:avLst/>
                          <a:gdLst>
                            <a:gd name="connsiteX0" fmla="*/ 33214 w 38353"/>
                            <a:gd name="connsiteY0" fmla="*/ 6244 h 66604"/>
                            <a:gd name="connsiteX1" fmla="*/ 33214 w 38353"/>
                            <a:gd name="connsiteY1" fmla="*/ 15486 h 66604"/>
                            <a:gd name="connsiteX2" fmla="*/ 28842 w 38353"/>
                            <a:gd name="connsiteY2" fmla="*/ 15486 h 66604"/>
                            <a:gd name="connsiteX3" fmla="*/ 14421 w 38353"/>
                            <a:gd name="connsiteY3" fmla="*/ 35051 h 66604"/>
                            <a:gd name="connsiteX4" fmla="*/ 14421 w 38353"/>
                            <a:gd name="connsiteY4" fmla="*/ 65023 h 66604"/>
                            <a:gd name="connsiteX5" fmla="*/ 5753 w 38353"/>
                            <a:gd name="connsiteY5" fmla="*/ 65023 h 66604"/>
                            <a:gd name="connsiteX6" fmla="*/ 5753 w 38353"/>
                            <a:gd name="connsiteY6" fmla="*/ 6244 h 66604"/>
                            <a:gd name="connsiteX7" fmla="*/ 13270 w 38353"/>
                            <a:gd name="connsiteY7" fmla="*/ 6244 h 66604"/>
                            <a:gd name="connsiteX8" fmla="*/ 14421 w 38353"/>
                            <a:gd name="connsiteY8" fmla="*/ 15153 h 66604"/>
                            <a:gd name="connsiteX9" fmla="*/ 30759 w 38353"/>
                            <a:gd name="connsiteY9" fmla="*/ 6244 h 66604"/>
                            <a:gd name="connsiteX10" fmla="*/ 33214 w 38353"/>
                            <a:gd name="connsiteY10" fmla="*/ 6244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38353" h="66604">
                              <a:moveTo>
                                <a:pt x="33214" y="6244"/>
                              </a:moveTo>
                              <a:lnTo>
                                <a:pt x="33214" y="15486"/>
                              </a:lnTo>
                              <a:lnTo>
                                <a:pt x="28842" y="15486"/>
                              </a:lnTo>
                              <a:cubicBezTo>
                                <a:pt x="17489" y="15486"/>
                                <a:pt x="14421" y="25726"/>
                                <a:pt x="14421" y="35051"/>
                              </a:cubicBezTo>
                              <a:lnTo>
                                <a:pt x="14421" y="65023"/>
                              </a:lnTo>
                              <a:lnTo>
                                <a:pt x="5753" y="65023"/>
                              </a:lnTo>
                              <a:lnTo>
                                <a:pt x="5753" y="6244"/>
                              </a:lnTo>
                              <a:lnTo>
                                <a:pt x="13270" y="6244"/>
                              </a:lnTo>
                              <a:lnTo>
                                <a:pt x="14421" y="15153"/>
                              </a:lnTo>
                              <a:cubicBezTo>
                                <a:pt x="16952" y="10657"/>
                                <a:pt x="21094" y="6244"/>
                                <a:pt x="30759" y="6244"/>
                              </a:cubicBezTo>
                              <a:lnTo>
                                <a:pt x="33214" y="6244"/>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Freihandform: Form 12"/>
                      <wps:cNvSpPr/>
                      <wps:spPr>
                        <a:xfrm>
                          <a:off x="6438844" y="489274"/>
                          <a:ext cx="61365" cy="66604"/>
                        </a:xfrm>
                        <a:custGeom>
                          <a:avLst/>
                          <a:gdLst>
                            <a:gd name="connsiteX0" fmla="*/ 47788 w 61365"/>
                            <a:gd name="connsiteY0" fmla="*/ 30305 h 66604"/>
                            <a:gd name="connsiteX1" fmla="*/ 31527 w 61365"/>
                            <a:gd name="connsiteY1" fmla="*/ 14486 h 66604"/>
                            <a:gd name="connsiteX2" fmla="*/ 15418 w 61365"/>
                            <a:gd name="connsiteY2" fmla="*/ 30305 h 66604"/>
                            <a:gd name="connsiteX3" fmla="*/ 47788 w 61365"/>
                            <a:gd name="connsiteY3" fmla="*/ 30305 h 66604"/>
                            <a:gd name="connsiteX4" fmla="*/ 5753 w 61365"/>
                            <a:gd name="connsiteY4" fmla="*/ 36299 h 66604"/>
                            <a:gd name="connsiteX5" fmla="*/ 31450 w 61365"/>
                            <a:gd name="connsiteY5" fmla="*/ 6244 h 66604"/>
                            <a:gd name="connsiteX6" fmla="*/ 57147 w 61365"/>
                            <a:gd name="connsiteY6" fmla="*/ 34135 h 66604"/>
                            <a:gd name="connsiteX7" fmla="*/ 56916 w 61365"/>
                            <a:gd name="connsiteY7" fmla="*/ 38131 h 66604"/>
                            <a:gd name="connsiteX8" fmla="*/ 14881 w 61365"/>
                            <a:gd name="connsiteY8" fmla="*/ 38131 h 66604"/>
                            <a:gd name="connsiteX9" fmla="*/ 14881 w 61365"/>
                            <a:gd name="connsiteY9" fmla="*/ 38964 h 66604"/>
                            <a:gd name="connsiteX10" fmla="*/ 31987 w 61365"/>
                            <a:gd name="connsiteY10" fmla="*/ 57946 h 66604"/>
                            <a:gd name="connsiteX11" fmla="*/ 47405 w 61365"/>
                            <a:gd name="connsiteY11" fmla="*/ 45957 h 66604"/>
                            <a:gd name="connsiteX12" fmla="*/ 56226 w 61365"/>
                            <a:gd name="connsiteY12" fmla="*/ 45957 h 66604"/>
                            <a:gd name="connsiteX13" fmla="*/ 32677 w 61365"/>
                            <a:gd name="connsiteY13" fmla="*/ 66355 h 66604"/>
                            <a:gd name="connsiteX14" fmla="*/ 5830 w 61365"/>
                            <a:gd name="connsiteY14" fmla="*/ 36299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61365" h="66604">
                              <a:moveTo>
                                <a:pt x="47788" y="30305"/>
                              </a:moveTo>
                              <a:cubicBezTo>
                                <a:pt x="46945" y="20148"/>
                                <a:pt x="40578" y="14486"/>
                                <a:pt x="31527" y="14486"/>
                              </a:cubicBezTo>
                              <a:cubicBezTo>
                                <a:pt x="23549" y="14486"/>
                                <a:pt x="16262" y="20731"/>
                                <a:pt x="15418" y="30305"/>
                              </a:cubicBezTo>
                              <a:lnTo>
                                <a:pt x="47788" y="30305"/>
                              </a:lnTo>
                              <a:close/>
                              <a:moveTo>
                                <a:pt x="5753" y="36299"/>
                              </a:moveTo>
                              <a:cubicBezTo>
                                <a:pt x="5753" y="18483"/>
                                <a:pt x="16185" y="6244"/>
                                <a:pt x="31450" y="6244"/>
                              </a:cubicBezTo>
                              <a:cubicBezTo>
                                <a:pt x="46714" y="6244"/>
                                <a:pt x="56686" y="16734"/>
                                <a:pt x="57147" y="34135"/>
                              </a:cubicBezTo>
                              <a:cubicBezTo>
                                <a:pt x="57147" y="35384"/>
                                <a:pt x="57070" y="36799"/>
                                <a:pt x="56916" y="38131"/>
                              </a:cubicBezTo>
                              <a:lnTo>
                                <a:pt x="14881" y="38131"/>
                              </a:lnTo>
                              <a:lnTo>
                                <a:pt x="14881" y="38964"/>
                              </a:lnTo>
                              <a:cubicBezTo>
                                <a:pt x="15188" y="50120"/>
                                <a:pt x="21708" y="57946"/>
                                <a:pt x="31987" y="57946"/>
                              </a:cubicBezTo>
                              <a:cubicBezTo>
                                <a:pt x="39657" y="57946"/>
                                <a:pt x="45564" y="53533"/>
                                <a:pt x="47405" y="45957"/>
                              </a:cubicBezTo>
                              <a:lnTo>
                                <a:pt x="56226" y="45957"/>
                              </a:lnTo>
                              <a:cubicBezTo>
                                <a:pt x="54078" y="57696"/>
                                <a:pt x="45180" y="66355"/>
                                <a:pt x="32677" y="66355"/>
                              </a:cubicBezTo>
                              <a:cubicBezTo>
                                <a:pt x="16415" y="66355"/>
                                <a:pt x="5830" y="54283"/>
                                <a:pt x="5830" y="36299"/>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Freihandform: Form 13"/>
                      <wps:cNvSpPr/>
                      <wps:spPr>
                        <a:xfrm>
                          <a:off x="6499289" y="467877"/>
                          <a:ext cx="15341" cy="91581"/>
                        </a:xfrm>
                        <a:custGeom>
                          <a:avLst/>
                          <a:gdLst>
                            <a:gd name="connsiteX0" fmla="*/ 6904 w 15341"/>
                            <a:gd name="connsiteY0" fmla="*/ 28307 h 91581"/>
                            <a:gd name="connsiteX1" fmla="*/ 15571 w 15341"/>
                            <a:gd name="connsiteY1" fmla="*/ 28307 h 91581"/>
                            <a:gd name="connsiteX2" fmla="*/ 15571 w 15341"/>
                            <a:gd name="connsiteY2" fmla="*/ 87085 h 91581"/>
                            <a:gd name="connsiteX3" fmla="*/ 6904 w 15341"/>
                            <a:gd name="connsiteY3" fmla="*/ 87085 h 91581"/>
                            <a:gd name="connsiteX4" fmla="*/ 6904 w 15341"/>
                            <a:gd name="connsiteY4" fmla="*/ 28307 h 91581"/>
                            <a:gd name="connsiteX5" fmla="*/ 5753 w 15341"/>
                            <a:gd name="connsiteY5" fmla="*/ 12322 h 91581"/>
                            <a:gd name="connsiteX6" fmla="*/ 11353 w 15341"/>
                            <a:gd name="connsiteY6" fmla="*/ 6244 h 91581"/>
                            <a:gd name="connsiteX7" fmla="*/ 16952 w 15341"/>
                            <a:gd name="connsiteY7" fmla="*/ 12322 h 91581"/>
                            <a:gd name="connsiteX8" fmla="*/ 11353 w 15341"/>
                            <a:gd name="connsiteY8" fmla="*/ 18399 h 91581"/>
                            <a:gd name="connsiteX9" fmla="*/ 5753 w 15341"/>
                            <a:gd name="connsiteY9" fmla="*/ 12322 h 915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5341" h="91581">
                              <a:moveTo>
                                <a:pt x="6904" y="28307"/>
                              </a:moveTo>
                              <a:lnTo>
                                <a:pt x="15571" y="28307"/>
                              </a:lnTo>
                              <a:lnTo>
                                <a:pt x="15571" y="87085"/>
                              </a:lnTo>
                              <a:lnTo>
                                <a:pt x="6904" y="87085"/>
                              </a:lnTo>
                              <a:lnTo>
                                <a:pt x="6904" y="28307"/>
                              </a:lnTo>
                              <a:close/>
                              <a:moveTo>
                                <a:pt x="5753" y="12322"/>
                              </a:moveTo>
                              <a:cubicBezTo>
                                <a:pt x="5753" y="8742"/>
                                <a:pt x="8208" y="6244"/>
                                <a:pt x="11353" y="6244"/>
                              </a:cubicBezTo>
                              <a:cubicBezTo>
                                <a:pt x="14498" y="6244"/>
                                <a:pt x="16952" y="8742"/>
                                <a:pt x="16952" y="12322"/>
                              </a:cubicBezTo>
                              <a:cubicBezTo>
                                <a:pt x="16952" y="15902"/>
                                <a:pt x="14498" y="18399"/>
                                <a:pt x="11353" y="18399"/>
                              </a:cubicBezTo>
                              <a:cubicBezTo>
                                <a:pt x="8208" y="18399"/>
                                <a:pt x="5753" y="15902"/>
                                <a:pt x="5753" y="12322"/>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Freihandform: Form 14"/>
                      <wps:cNvSpPr/>
                      <wps:spPr>
                        <a:xfrm>
                          <a:off x="6518926" y="489274"/>
                          <a:ext cx="61365" cy="66604"/>
                        </a:xfrm>
                        <a:custGeom>
                          <a:avLst/>
                          <a:gdLst>
                            <a:gd name="connsiteX0" fmla="*/ 5906 w 61365"/>
                            <a:gd name="connsiteY0" fmla="*/ 36383 h 66604"/>
                            <a:gd name="connsiteX1" fmla="*/ 32294 w 61365"/>
                            <a:gd name="connsiteY1" fmla="*/ 6244 h 66604"/>
                            <a:gd name="connsiteX2" fmla="*/ 56149 w 61365"/>
                            <a:gd name="connsiteY2" fmla="*/ 27225 h 66604"/>
                            <a:gd name="connsiteX3" fmla="*/ 47021 w 61365"/>
                            <a:gd name="connsiteY3" fmla="*/ 27225 h 66604"/>
                            <a:gd name="connsiteX4" fmla="*/ 32140 w 61365"/>
                            <a:gd name="connsiteY4" fmla="*/ 14653 h 66604"/>
                            <a:gd name="connsiteX5" fmla="*/ 14728 w 61365"/>
                            <a:gd name="connsiteY5" fmla="*/ 36383 h 66604"/>
                            <a:gd name="connsiteX6" fmla="*/ 32140 w 61365"/>
                            <a:gd name="connsiteY6" fmla="*/ 57946 h 66604"/>
                            <a:gd name="connsiteX7" fmla="*/ 46868 w 61365"/>
                            <a:gd name="connsiteY7" fmla="*/ 45624 h 66604"/>
                            <a:gd name="connsiteX8" fmla="*/ 56073 w 61365"/>
                            <a:gd name="connsiteY8" fmla="*/ 45624 h 66604"/>
                            <a:gd name="connsiteX9" fmla="*/ 31987 w 61365"/>
                            <a:gd name="connsiteY9" fmla="*/ 66355 h 66604"/>
                            <a:gd name="connsiteX10" fmla="*/ 5753 w 61365"/>
                            <a:gd name="connsiteY10" fmla="*/ 36383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61365" h="66604">
                              <a:moveTo>
                                <a:pt x="5906" y="36383"/>
                              </a:moveTo>
                              <a:cubicBezTo>
                                <a:pt x="5906" y="18399"/>
                                <a:pt x="16645" y="6244"/>
                                <a:pt x="32294" y="6244"/>
                              </a:cubicBezTo>
                              <a:cubicBezTo>
                                <a:pt x="45564" y="6244"/>
                                <a:pt x="53925" y="14320"/>
                                <a:pt x="56149" y="27225"/>
                              </a:cubicBezTo>
                              <a:lnTo>
                                <a:pt x="47021" y="27225"/>
                              </a:lnTo>
                              <a:cubicBezTo>
                                <a:pt x="45411" y="19399"/>
                                <a:pt x="40118" y="14653"/>
                                <a:pt x="32140" y="14653"/>
                              </a:cubicBezTo>
                              <a:cubicBezTo>
                                <a:pt x="21708" y="14653"/>
                                <a:pt x="14728" y="23645"/>
                                <a:pt x="14728" y="36383"/>
                              </a:cubicBezTo>
                              <a:cubicBezTo>
                                <a:pt x="14728" y="49121"/>
                                <a:pt x="21708" y="57946"/>
                                <a:pt x="32140" y="57946"/>
                              </a:cubicBezTo>
                              <a:cubicBezTo>
                                <a:pt x="39888" y="57946"/>
                                <a:pt x="45180" y="53117"/>
                                <a:pt x="46868" y="45624"/>
                              </a:cubicBezTo>
                              <a:lnTo>
                                <a:pt x="56073" y="45624"/>
                              </a:lnTo>
                              <a:cubicBezTo>
                                <a:pt x="53925" y="58279"/>
                                <a:pt x="45104" y="66355"/>
                                <a:pt x="31987" y="66355"/>
                              </a:cubicBezTo>
                              <a:cubicBezTo>
                                <a:pt x="16185" y="66355"/>
                                <a:pt x="5753" y="54699"/>
                                <a:pt x="5753" y="36383"/>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Freihandform: Form 15"/>
                      <wps:cNvSpPr/>
                      <wps:spPr>
                        <a:xfrm>
                          <a:off x="6579447" y="468043"/>
                          <a:ext cx="53695" cy="91581"/>
                        </a:xfrm>
                        <a:custGeom>
                          <a:avLst/>
                          <a:gdLst>
                            <a:gd name="connsiteX0" fmla="*/ 54308 w 53694"/>
                            <a:gd name="connsiteY0" fmla="*/ 54199 h 91581"/>
                            <a:gd name="connsiteX1" fmla="*/ 54308 w 53694"/>
                            <a:gd name="connsiteY1" fmla="*/ 86919 h 91581"/>
                            <a:gd name="connsiteX2" fmla="*/ 45564 w 53694"/>
                            <a:gd name="connsiteY2" fmla="*/ 86919 h 91581"/>
                            <a:gd name="connsiteX3" fmla="*/ 45564 w 53694"/>
                            <a:gd name="connsiteY3" fmla="*/ 54782 h 91581"/>
                            <a:gd name="connsiteX4" fmla="*/ 30836 w 53694"/>
                            <a:gd name="connsiteY4" fmla="*/ 36133 h 91581"/>
                            <a:gd name="connsiteX5" fmla="*/ 14498 w 53694"/>
                            <a:gd name="connsiteY5" fmla="*/ 57530 h 91581"/>
                            <a:gd name="connsiteX6" fmla="*/ 14498 w 53694"/>
                            <a:gd name="connsiteY6" fmla="*/ 86919 h 91581"/>
                            <a:gd name="connsiteX7" fmla="*/ 5753 w 53694"/>
                            <a:gd name="connsiteY7" fmla="*/ 86919 h 91581"/>
                            <a:gd name="connsiteX8" fmla="*/ 5753 w 53694"/>
                            <a:gd name="connsiteY8" fmla="*/ 6244 h 91581"/>
                            <a:gd name="connsiteX9" fmla="*/ 14498 w 53694"/>
                            <a:gd name="connsiteY9" fmla="*/ 6244 h 91581"/>
                            <a:gd name="connsiteX10" fmla="*/ 14498 w 53694"/>
                            <a:gd name="connsiteY10" fmla="*/ 37798 h 91581"/>
                            <a:gd name="connsiteX11" fmla="*/ 32294 w 53694"/>
                            <a:gd name="connsiteY11" fmla="*/ 27391 h 91581"/>
                            <a:gd name="connsiteX12" fmla="*/ 54232 w 53694"/>
                            <a:gd name="connsiteY12" fmla="*/ 54116 h 915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53694" h="91581">
                              <a:moveTo>
                                <a:pt x="54308" y="54199"/>
                              </a:moveTo>
                              <a:lnTo>
                                <a:pt x="54308" y="86919"/>
                              </a:lnTo>
                              <a:lnTo>
                                <a:pt x="45564" y="86919"/>
                              </a:lnTo>
                              <a:lnTo>
                                <a:pt x="45564" y="54782"/>
                              </a:lnTo>
                              <a:cubicBezTo>
                                <a:pt x="45564" y="42544"/>
                                <a:pt x="40118" y="36133"/>
                                <a:pt x="30836" y="36133"/>
                              </a:cubicBezTo>
                              <a:cubicBezTo>
                                <a:pt x="20787" y="36133"/>
                                <a:pt x="14498" y="44292"/>
                                <a:pt x="14498" y="57530"/>
                              </a:cubicBezTo>
                              <a:lnTo>
                                <a:pt x="14498" y="86919"/>
                              </a:lnTo>
                              <a:lnTo>
                                <a:pt x="5753" y="86919"/>
                              </a:lnTo>
                              <a:lnTo>
                                <a:pt x="5753" y="6244"/>
                              </a:lnTo>
                              <a:lnTo>
                                <a:pt x="14498" y="6244"/>
                              </a:lnTo>
                              <a:lnTo>
                                <a:pt x="14498" y="37798"/>
                              </a:lnTo>
                              <a:cubicBezTo>
                                <a:pt x="17642" y="32303"/>
                                <a:pt x="23165" y="27391"/>
                                <a:pt x="32294" y="27391"/>
                              </a:cubicBezTo>
                              <a:cubicBezTo>
                                <a:pt x="44413" y="27391"/>
                                <a:pt x="54232" y="34634"/>
                                <a:pt x="54232" y="54116"/>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Freihandform: Form 16"/>
                      <wps:cNvSpPr/>
                      <wps:spPr>
                        <a:xfrm>
                          <a:off x="6638818" y="467877"/>
                          <a:ext cx="15341" cy="91581"/>
                        </a:xfrm>
                        <a:custGeom>
                          <a:avLst/>
                          <a:gdLst>
                            <a:gd name="connsiteX0" fmla="*/ 6904 w 15341"/>
                            <a:gd name="connsiteY0" fmla="*/ 28307 h 91581"/>
                            <a:gd name="connsiteX1" fmla="*/ 15571 w 15341"/>
                            <a:gd name="connsiteY1" fmla="*/ 28307 h 91581"/>
                            <a:gd name="connsiteX2" fmla="*/ 15571 w 15341"/>
                            <a:gd name="connsiteY2" fmla="*/ 87085 h 91581"/>
                            <a:gd name="connsiteX3" fmla="*/ 6904 w 15341"/>
                            <a:gd name="connsiteY3" fmla="*/ 87085 h 91581"/>
                            <a:gd name="connsiteX4" fmla="*/ 6904 w 15341"/>
                            <a:gd name="connsiteY4" fmla="*/ 28307 h 91581"/>
                            <a:gd name="connsiteX5" fmla="*/ 5753 w 15341"/>
                            <a:gd name="connsiteY5" fmla="*/ 12322 h 91581"/>
                            <a:gd name="connsiteX6" fmla="*/ 11353 w 15341"/>
                            <a:gd name="connsiteY6" fmla="*/ 6244 h 91581"/>
                            <a:gd name="connsiteX7" fmla="*/ 16952 w 15341"/>
                            <a:gd name="connsiteY7" fmla="*/ 12322 h 91581"/>
                            <a:gd name="connsiteX8" fmla="*/ 11353 w 15341"/>
                            <a:gd name="connsiteY8" fmla="*/ 18399 h 91581"/>
                            <a:gd name="connsiteX9" fmla="*/ 5753 w 15341"/>
                            <a:gd name="connsiteY9" fmla="*/ 12322 h 915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5341" h="91581">
                              <a:moveTo>
                                <a:pt x="6904" y="28307"/>
                              </a:moveTo>
                              <a:lnTo>
                                <a:pt x="15571" y="28307"/>
                              </a:lnTo>
                              <a:lnTo>
                                <a:pt x="15571" y="87085"/>
                              </a:lnTo>
                              <a:lnTo>
                                <a:pt x="6904" y="87085"/>
                              </a:lnTo>
                              <a:lnTo>
                                <a:pt x="6904" y="28307"/>
                              </a:lnTo>
                              <a:close/>
                              <a:moveTo>
                                <a:pt x="5753" y="12322"/>
                              </a:moveTo>
                              <a:cubicBezTo>
                                <a:pt x="5753" y="8742"/>
                                <a:pt x="8208" y="6244"/>
                                <a:pt x="11353" y="6244"/>
                              </a:cubicBezTo>
                              <a:cubicBezTo>
                                <a:pt x="14498" y="6244"/>
                                <a:pt x="16952" y="8742"/>
                                <a:pt x="16952" y="12322"/>
                              </a:cubicBezTo>
                              <a:cubicBezTo>
                                <a:pt x="16952" y="15902"/>
                                <a:pt x="14498" y="18399"/>
                                <a:pt x="11353" y="18399"/>
                              </a:cubicBezTo>
                              <a:cubicBezTo>
                                <a:pt x="8208" y="18399"/>
                                <a:pt x="5753" y="15902"/>
                                <a:pt x="5753" y="12322"/>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Freihandform: Form 17"/>
                      <wps:cNvSpPr/>
                      <wps:spPr>
                        <a:xfrm>
                          <a:off x="6658455" y="489190"/>
                          <a:ext cx="53695" cy="66604"/>
                        </a:xfrm>
                        <a:custGeom>
                          <a:avLst/>
                          <a:gdLst>
                            <a:gd name="connsiteX0" fmla="*/ 14728 w 53694"/>
                            <a:gd name="connsiteY0" fmla="*/ 46374 h 66604"/>
                            <a:gd name="connsiteX1" fmla="*/ 29686 w 53694"/>
                            <a:gd name="connsiteY1" fmla="*/ 58363 h 66604"/>
                            <a:gd name="connsiteX2" fmla="*/ 42726 w 53694"/>
                            <a:gd name="connsiteY2" fmla="*/ 49371 h 66604"/>
                            <a:gd name="connsiteX3" fmla="*/ 28688 w 53694"/>
                            <a:gd name="connsiteY3" fmla="*/ 40380 h 66604"/>
                            <a:gd name="connsiteX4" fmla="*/ 6904 w 53694"/>
                            <a:gd name="connsiteY4" fmla="*/ 23895 h 66604"/>
                            <a:gd name="connsiteX5" fmla="*/ 28151 w 53694"/>
                            <a:gd name="connsiteY5" fmla="*/ 6245 h 66604"/>
                            <a:gd name="connsiteX6" fmla="*/ 50243 w 53694"/>
                            <a:gd name="connsiteY6" fmla="*/ 24811 h 66604"/>
                            <a:gd name="connsiteX7" fmla="*/ 41345 w 53694"/>
                            <a:gd name="connsiteY7" fmla="*/ 24811 h 66604"/>
                            <a:gd name="connsiteX8" fmla="*/ 28151 w 53694"/>
                            <a:gd name="connsiteY8" fmla="*/ 14321 h 66604"/>
                            <a:gd name="connsiteX9" fmla="*/ 15495 w 53694"/>
                            <a:gd name="connsiteY9" fmla="*/ 23229 h 66604"/>
                            <a:gd name="connsiteX10" fmla="*/ 29072 w 53694"/>
                            <a:gd name="connsiteY10" fmla="*/ 31555 h 66604"/>
                            <a:gd name="connsiteX11" fmla="*/ 51240 w 53694"/>
                            <a:gd name="connsiteY11" fmla="*/ 48705 h 66604"/>
                            <a:gd name="connsiteX12" fmla="*/ 29609 w 53694"/>
                            <a:gd name="connsiteY12" fmla="*/ 66439 h 66604"/>
                            <a:gd name="connsiteX13" fmla="*/ 5753 w 53694"/>
                            <a:gd name="connsiteY13" fmla="*/ 46374 h 66604"/>
                            <a:gd name="connsiteX14" fmla="*/ 14651 w 53694"/>
                            <a:gd name="connsiteY14" fmla="*/ 46374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53694" h="66604">
                              <a:moveTo>
                                <a:pt x="14728" y="46374"/>
                              </a:moveTo>
                              <a:cubicBezTo>
                                <a:pt x="15035" y="53284"/>
                                <a:pt x="20634" y="58363"/>
                                <a:pt x="29686" y="58363"/>
                              </a:cubicBezTo>
                              <a:cubicBezTo>
                                <a:pt x="37356" y="58363"/>
                                <a:pt x="42726" y="54783"/>
                                <a:pt x="42726" y="49371"/>
                              </a:cubicBezTo>
                              <a:cubicBezTo>
                                <a:pt x="42726" y="41962"/>
                                <a:pt x="36819" y="41462"/>
                                <a:pt x="28688" y="40380"/>
                              </a:cubicBezTo>
                              <a:cubicBezTo>
                                <a:pt x="16569" y="38798"/>
                                <a:pt x="6904" y="36134"/>
                                <a:pt x="6904" y="23895"/>
                              </a:cubicBezTo>
                              <a:cubicBezTo>
                                <a:pt x="6904" y="13155"/>
                                <a:pt x="15955" y="6162"/>
                                <a:pt x="28151" y="6245"/>
                              </a:cubicBezTo>
                              <a:cubicBezTo>
                                <a:pt x="40501" y="6328"/>
                                <a:pt x="49399" y="12572"/>
                                <a:pt x="50243" y="24811"/>
                              </a:cubicBezTo>
                              <a:lnTo>
                                <a:pt x="41345" y="24811"/>
                              </a:lnTo>
                              <a:cubicBezTo>
                                <a:pt x="40731" y="18816"/>
                                <a:pt x="35592" y="14321"/>
                                <a:pt x="28151" y="14321"/>
                              </a:cubicBezTo>
                              <a:cubicBezTo>
                                <a:pt x="20711" y="14321"/>
                                <a:pt x="15495" y="17734"/>
                                <a:pt x="15495" y="23229"/>
                              </a:cubicBezTo>
                              <a:cubicBezTo>
                                <a:pt x="15495" y="29640"/>
                                <a:pt x="21248" y="30472"/>
                                <a:pt x="29072" y="31555"/>
                              </a:cubicBezTo>
                              <a:cubicBezTo>
                                <a:pt x="41422" y="33136"/>
                                <a:pt x="51240" y="35717"/>
                                <a:pt x="51240" y="48705"/>
                              </a:cubicBezTo>
                              <a:cubicBezTo>
                                <a:pt x="51240" y="59612"/>
                                <a:pt x="41575" y="66439"/>
                                <a:pt x="29609" y="66439"/>
                              </a:cubicBezTo>
                              <a:cubicBezTo>
                                <a:pt x="15571" y="66439"/>
                                <a:pt x="5906" y="59279"/>
                                <a:pt x="5753" y="46374"/>
                              </a:cubicBezTo>
                              <a:lnTo>
                                <a:pt x="14651" y="46374"/>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Freihandform: Form 18"/>
                      <wps:cNvSpPr/>
                      <wps:spPr>
                        <a:xfrm>
                          <a:off x="6711536" y="489274"/>
                          <a:ext cx="61365" cy="66604"/>
                        </a:xfrm>
                        <a:custGeom>
                          <a:avLst/>
                          <a:gdLst>
                            <a:gd name="connsiteX0" fmla="*/ 5906 w 61365"/>
                            <a:gd name="connsiteY0" fmla="*/ 36383 h 66604"/>
                            <a:gd name="connsiteX1" fmla="*/ 32294 w 61365"/>
                            <a:gd name="connsiteY1" fmla="*/ 6244 h 66604"/>
                            <a:gd name="connsiteX2" fmla="*/ 56149 w 61365"/>
                            <a:gd name="connsiteY2" fmla="*/ 27225 h 66604"/>
                            <a:gd name="connsiteX3" fmla="*/ 47021 w 61365"/>
                            <a:gd name="connsiteY3" fmla="*/ 27225 h 66604"/>
                            <a:gd name="connsiteX4" fmla="*/ 32140 w 61365"/>
                            <a:gd name="connsiteY4" fmla="*/ 14653 h 66604"/>
                            <a:gd name="connsiteX5" fmla="*/ 14728 w 61365"/>
                            <a:gd name="connsiteY5" fmla="*/ 36383 h 66604"/>
                            <a:gd name="connsiteX6" fmla="*/ 32140 w 61365"/>
                            <a:gd name="connsiteY6" fmla="*/ 57946 h 66604"/>
                            <a:gd name="connsiteX7" fmla="*/ 46868 w 61365"/>
                            <a:gd name="connsiteY7" fmla="*/ 45624 h 66604"/>
                            <a:gd name="connsiteX8" fmla="*/ 56073 w 61365"/>
                            <a:gd name="connsiteY8" fmla="*/ 45624 h 66604"/>
                            <a:gd name="connsiteX9" fmla="*/ 31987 w 61365"/>
                            <a:gd name="connsiteY9" fmla="*/ 66355 h 66604"/>
                            <a:gd name="connsiteX10" fmla="*/ 5753 w 61365"/>
                            <a:gd name="connsiteY10" fmla="*/ 36383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61365" h="66604">
                              <a:moveTo>
                                <a:pt x="5906" y="36383"/>
                              </a:moveTo>
                              <a:cubicBezTo>
                                <a:pt x="5906" y="18399"/>
                                <a:pt x="16645" y="6244"/>
                                <a:pt x="32294" y="6244"/>
                              </a:cubicBezTo>
                              <a:cubicBezTo>
                                <a:pt x="45564" y="6244"/>
                                <a:pt x="53925" y="14320"/>
                                <a:pt x="56149" y="27225"/>
                              </a:cubicBezTo>
                              <a:lnTo>
                                <a:pt x="47021" y="27225"/>
                              </a:lnTo>
                              <a:cubicBezTo>
                                <a:pt x="45411" y="19399"/>
                                <a:pt x="40118" y="14653"/>
                                <a:pt x="32140" y="14653"/>
                              </a:cubicBezTo>
                              <a:cubicBezTo>
                                <a:pt x="21708" y="14653"/>
                                <a:pt x="14728" y="23645"/>
                                <a:pt x="14728" y="36383"/>
                              </a:cubicBezTo>
                              <a:cubicBezTo>
                                <a:pt x="14728" y="49121"/>
                                <a:pt x="21708" y="57946"/>
                                <a:pt x="32140" y="57946"/>
                              </a:cubicBezTo>
                              <a:cubicBezTo>
                                <a:pt x="39888" y="57946"/>
                                <a:pt x="45180" y="53117"/>
                                <a:pt x="46868" y="45624"/>
                              </a:cubicBezTo>
                              <a:lnTo>
                                <a:pt x="56073" y="45624"/>
                              </a:lnTo>
                              <a:cubicBezTo>
                                <a:pt x="53925" y="58279"/>
                                <a:pt x="45104" y="66355"/>
                                <a:pt x="31987" y="66355"/>
                              </a:cubicBezTo>
                              <a:cubicBezTo>
                                <a:pt x="16185" y="66355"/>
                                <a:pt x="5753" y="54699"/>
                                <a:pt x="5753" y="36383"/>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Freihandform: Form 19"/>
                      <wps:cNvSpPr/>
                      <wps:spPr>
                        <a:xfrm>
                          <a:off x="6772058" y="468043"/>
                          <a:ext cx="53695" cy="91581"/>
                        </a:xfrm>
                        <a:custGeom>
                          <a:avLst/>
                          <a:gdLst>
                            <a:gd name="connsiteX0" fmla="*/ 54308 w 53694"/>
                            <a:gd name="connsiteY0" fmla="*/ 54199 h 91581"/>
                            <a:gd name="connsiteX1" fmla="*/ 54308 w 53694"/>
                            <a:gd name="connsiteY1" fmla="*/ 86919 h 91581"/>
                            <a:gd name="connsiteX2" fmla="*/ 45564 w 53694"/>
                            <a:gd name="connsiteY2" fmla="*/ 86919 h 91581"/>
                            <a:gd name="connsiteX3" fmla="*/ 45564 w 53694"/>
                            <a:gd name="connsiteY3" fmla="*/ 54782 h 91581"/>
                            <a:gd name="connsiteX4" fmla="*/ 30836 w 53694"/>
                            <a:gd name="connsiteY4" fmla="*/ 36133 h 91581"/>
                            <a:gd name="connsiteX5" fmla="*/ 14498 w 53694"/>
                            <a:gd name="connsiteY5" fmla="*/ 57530 h 91581"/>
                            <a:gd name="connsiteX6" fmla="*/ 14498 w 53694"/>
                            <a:gd name="connsiteY6" fmla="*/ 86919 h 91581"/>
                            <a:gd name="connsiteX7" fmla="*/ 5753 w 53694"/>
                            <a:gd name="connsiteY7" fmla="*/ 86919 h 91581"/>
                            <a:gd name="connsiteX8" fmla="*/ 5753 w 53694"/>
                            <a:gd name="connsiteY8" fmla="*/ 6244 h 91581"/>
                            <a:gd name="connsiteX9" fmla="*/ 14498 w 53694"/>
                            <a:gd name="connsiteY9" fmla="*/ 6244 h 91581"/>
                            <a:gd name="connsiteX10" fmla="*/ 14498 w 53694"/>
                            <a:gd name="connsiteY10" fmla="*/ 37798 h 91581"/>
                            <a:gd name="connsiteX11" fmla="*/ 32294 w 53694"/>
                            <a:gd name="connsiteY11" fmla="*/ 27391 h 91581"/>
                            <a:gd name="connsiteX12" fmla="*/ 54232 w 53694"/>
                            <a:gd name="connsiteY12" fmla="*/ 54116 h 915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53694" h="91581">
                              <a:moveTo>
                                <a:pt x="54308" y="54199"/>
                              </a:moveTo>
                              <a:lnTo>
                                <a:pt x="54308" y="86919"/>
                              </a:lnTo>
                              <a:lnTo>
                                <a:pt x="45564" y="86919"/>
                              </a:lnTo>
                              <a:lnTo>
                                <a:pt x="45564" y="54782"/>
                              </a:lnTo>
                              <a:cubicBezTo>
                                <a:pt x="45564" y="42544"/>
                                <a:pt x="40118" y="36133"/>
                                <a:pt x="30836" y="36133"/>
                              </a:cubicBezTo>
                              <a:cubicBezTo>
                                <a:pt x="20788" y="36133"/>
                                <a:pt x="14498" y="44292"/>
                                <a:pt x="14498" y="57530"/>
                              </a:cubicBezTo>
                              <a:lnTo>
                                <a:pt x="14498" y="86919"/>
                              </a:lnTo>
                              <a:lnTo>
                                <a:pt x="5753" y="86919"/>
                              </a:lnTo>
                              <a:lnTo>
                                <a:pt x="5753" y="6244"/>
                              </a:lnTo>
                              <a:lnTo>
                                <a:pt x="14498" y="6244"/>
                              </a:lnTo>
                              <a:lnTo>
                                <a:pt x="14498" y="37798"/>
                              </a:lnTo>
                              <a:cubicBezTo>
                                <a:pt x="17643" y="32303"/>
                                <a:pt x="23165" y="27391"/>
                                <a:pt x="32294" y="27391"/>
                              </a:cubicBezTo>
                              <a:cubicBezTo>
                                <a:pt x="44413" y="27391"/>
                                <a:pt x="54232" y="34634"/>
                                <a:pt x="54232" y="54116"/>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Freihandform: Form 20"/>
                      <wps:cNvSpPr/>
                      <wps:spPr>
                        <a:xfrm>
                          <a:off x="6830202" y="489274"/>
                          <a:ext cx="61365" cy="66604"/>
                        </a:xfrm>
                        <a:custGeom>
                          <a:avLst/>
                          <a:gdLst>
                            <a:gd name="connsiteX0" fmla="*/ 47788 w 61365"/>
                            <a:gd name="connsiteY0" fmla="*/ 30305 h 66604"/>
                            <a:gd name="connsiteX1" fmla="*/ 31527 w 61365"/>
                            <a:gd name="connsiteY1" fmla="*/ 14486 h 66604"/>
                            <a:gd name="connsiteX2" fmla="*/ 15418 w 61365"/>
                            <a:gd name="connsiteY2" fmla="*/ 30305 h 66604"/>
                            <a:gd name="connsiteX3" fmla="*/ 47788 w 61365"/>
                            <a:gd name="connsiteY3" fmla="*/ 30305 h 66604"/>
                            <a:gd name="connsiteX4" fmla="*/ 5753 w 61365"/>
                            <a:gd name="connsiteY4" fmla="*/ 36299 h 66604"/>
                            <a:gd name="connsiteX5" fmla="*/ 31450 w 61365"/>
                            <a:gd name="connsiteY5" fmla="*/ 6244 h 66604"/>
                            <a:gd name="connsiteX6" fmla="*/ 57147 w 61365"/>
                            <a:gd name="connsiteY6" fmla="*/ 34135 h 66604"/>
                            <a:gd name="connsiteX7" fmla="*/ 56916 w 61365"/>
                            <a:gd name="connsiteY7" fmla="*/ 38131 h 66604"/>
                            <a:gd name="connsiteX8" fmla="*/ 14881 w 61365"/>
                            <a:gd name="connsiteY8" fmla="*/ 38131 h 66604"/>
                            <a:gd name="connsiteX9" fmla="*/ 14881 w 61365"/>
                            <a:gd name="connsiteY9" fmla="*/ 38964 h 66604"/>
                            <a:gd name="connsiteX10" fmla="*/ 31987 w 61365"/>
                            <a:gd name="connsiteY10" fmla="*/ 57946 h 66604"/>
                            <a:gd name="connsiteX11" fmla="*/ 47405 w 61365"/>
                            <a:gd name="connsiteY11" fmla="*/ 45957 h 66604"/>
                            <a:gd name="connsiteX12" fmla="*/ 56226 w 61365"/>
                            <a:gd name="connsiteY12" fmla="*/ 45957 h 66604"/>
                            <a:gd name="connsiteX13" fmla="*/ 32677 w 61365"/>
                            <a:gd name="connsiteY13" fmla="*/ 66355 h 66604"/>
                            <a:gd name="connsiteX14" fmla="*/ 5830 w 61365"/>
                            <a:gd name="connsiteY14" fmla="*/ 36299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61365" h="66604">
                              <a:moveTo>
                                <a:pt x="47788" y="30305"/>
                              </a:moveTo>
                              <a:cubicBezTo>
                                <a:pt x="46945" y="20148"/>
                                <a:pt x="40578" y="14486"/>
                                <a:pt x="31527" y="14486"/>
                              </a:cubicBezTo>
                              <a:cubicBezTo>
                                <a:pt x="23549" y="14486"/>
                                <a:pt x="16262" y="20731"/>
                                <a:pt x="15418" y="30305"/>
                              </a:cubicBezTo>
                              <a:lnTo>
                                <a:pt x="47788" y="30305"/>
                              </a:lnTo>
                              <a:close/>
                              <a:moveTo>
                                <a:pt x="5753" y="36299"/>
                              </a:moveTo>
                              <a:cubicBezTo>
                                <a:pt x="5753" y="18483"/>
                                <a:pt x="16185" y="6244"/>
                                <a:pt x="31450" y="6244"/>
                              </a:cubicBezTo>
                              <a:cubicBezTo>
                                <a:pt x="46715" y="6244"/>
                                <a:pt x="56686" y="16734"/>
                                <a:pt x="57147" y="34135"/>
                              </a:cubicBezTo>
                              <a:cubicBezTo>
                                <a:pt x="57147" y="35384"/>
                                <a:pt x="57070" y="36799"/>
                                <a:pt x="56916" y="38131"/>
                              </a:cubicBezTo>
                              <a:lnTo>
                                <a:pt x="14881" y="38131"/>
                              </a:lnTo>
                              <a:lnTo>
                                <a:pt x="14881" y="38964"/>
                              </a:lnTo>
                              <a:cubicBezTo>
                                <a:pt x="15188" y="50120"/>
                                <a:pt x="21708" y="57946"/>
                                <a:pt x="31987" y="57946"/>
                              </a:cubicBezTo>
                              <a:cubicBezTo>
                                <a:pt x="39657" y="57946"/>
                                <a:pt x="45564" y="53533"/>
                                <a:pt x="47405" y="45957"/>
                              </a:cubicBezTo>
                              <a:lnTo>
                                <a:pt x="56226" y="45957"/>
                              </a:lnTo>
                              <a:cubicBezTo>
                                <a:pt x="54078" y="57696"/>
                                <a:pt x="45180" y="66355"/>
                                <a:pt x="32677" y="66355"/>
                              </a:cubicBezTo>
                              <a:cubicBezTo>
                                <a:pt x="16415" y="66355"/>
                                <a:pt x="5830" y="54283"/>
                                <a:pt x="5830" y="36299"/>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Freihandform: Form 21"/>
                      <wps:cNvSpPr/>
                      <wps:spPr>
                        <a:xfrm>
                          <a:off x="6892028" y="489940"/>
                          <a:ext cx="38353" cy="66604"/>
                        </a:xfrm>
                        <a:custGeom>
                          <a:avLst/>
                          <a:gdLst>
                            <a:gd name="connsiteX0" fmla="*/ 33214 w 38353"/>
                            <a:gd name="connsiteY0" fmla="*/ 6244 h 66604"/>
                            <a:gd name="connsiteX1" fmla="*/ 33214 w 38353"/>
                            <a:gd name="connsiteY1" fmla="*/ 15486 h 66604"/>
                            <a:gd name="connsiteX2" fmla="*/ 28842 w 38353"/>
                            <a:gd name="connsiteY2" fmla="*/ 15486 h 66604"/>
                            <a:gd name="connsiteX3" fmla="*/ 14421 w 38353"/>
                            <a:gd name="connsiteY3" fmla="*/ 35051 h 66604"/>
                            <a:gd name="connsiteX4" fmla="*/ 14421 w 38353"/>
                            <a:gd name="connsiteY4" fmla="*/ 65023 h 66604"/>
                            <a:gd name="connsiteX5" fmla="*/ 5753 w 38353"/>
                            <a:gd name="connsiteY5" fmla="*/ 65023 h 66604"/>
                            <a:gd name="connsiteX6" fmla="*/ 5753 w 38353"/>
                            <a:gd name="connsiteY6" fmla="*/ 6244 h 66604"/>
                            <a:gd name="connsiteX7" fmla="*/ 13270 w 38353"/>
                            <a:gd name="connsiteY7" fmla="*/ 6244 h 66604"/>
                            <a:gd name="connsiteX8" fmla="*/ 14421 w 38353"/>
                            <a:gd name="connsiteY8" fmla="*/ 15153 h 66604"/>
                            <a:gd name="connsiteX9" fmla="*/ 30759 w 38353"/>
                            <a:gd name="connsiteY9" fmla="*/ 6244 h 66604"/>
                            <a:gd name="connsiteX10" fmla="*/ 33214 w 38353"/>
                            <a:gd name="connsiteY10" fmla="*/ 6244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38353" h="66604">
                              <a:moveTo>
                                <a:pt x="33214" y="6244"/>
                              </a:moveTo>
                              <a:lnTo>
                                <a:pt x="33214" y="15486"/>
                              </a:lnTo>
                              <a:lnTo>
                                <a:pt x="28842" y="15486"/>
                              </a:lnTo>
                              <a:cubicBezTo>
                                <a:pt x="17489" y="15486"/>
                                <a:pt x="14421" y="25726"/>
                                <a:pt x="14421" y="35051"/>
                              </a:cubicBezTo>
                              <a:lnTo>
                                <a:pt x="14421" y="65023"/>
                              </a:lnTo>
                              <a:lnTo>
                                <a:pt x="5753" y="65023"/>
                              </a:lnTo>
                              <a:lnTo>
                                <a:pt x="5753" y="6244"/>
                              </a:lnTo>
                              <a:lnTo>
                                <a:pt x="13270" y="6244"/>
                              </a:lnTo>
                              <a:lnTo>
                                <a:pt x="14421" y="15153"/>
                              </a:lnTo>
                              <a:cubicBezTo>
                                <a:pt x="16952" y="10657"/>
                                <a:pt x="21094" y="6244"/>
                                <a:pt x="30759" y="6244"/>
                              </a:cubicBezTo>
                              <a:lnTo>
                                <a:pt x="33214" y="6244"/>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Freihandform: Form 22"/>
                      <wps:cNvSpPr/>
                      <wps:spPr>
                        <a:xfrm>
                          <a:off x="6140454" y="587182"/>
                          <a:ext cx="107390" cy="91581"/>
                        </a:xfrm>
                        <a:custGeom>
                          <a:avLst/>
                          <a:gdLst>
                            <a:gd name="connsiteX0" fmla="*/ 95577 w 107389"/>
                            <a:gd name="connsiteY0" fmla="*/ 6244 h 91581"/>
                            <a:gd name="connsiteX1" fmla="*/ 78011 w 107389"/>
                            <a:gd name="connsiteY1" fmla="*/ 73931 h 91581"/>
                            <a:gd name="connsiteX2" fmla="*/ 60445 w 107389"/>
                            <a:gd name="connsiteY2" fmla="*/ 6244 h 91581"/>
                            <a:gd name="connsiteX3" fmla="*/ 51087 w 107389"/>
                            <a:gd name="connsiteY3" fmla="*/ 6244 h 91581"/>
                            <a:gd name="connsiteX4" fmla="*/ 32831 w 107389"/>
                            <a:gd name="connsiteY4" fmla="*/ 73931 h 91581"/>
                            <a:gd name="connsiteX5" fmla="*/ 15418 w 107389"/>
                            <a:gd name="connsiteY5" fmla="*/ 6244 h 91581"/>
                            <a:gd name="connsiteX6" fmla="*/ 5753 w 107389"/>
                            <a:gd name="connsiteY6" fmla="*/ 6244 h 91581"/>
                            <a:gd name="connsiteX7" fmla="*/ 27384 w 107389"/>
                            <a:gd name="connsiteY7" fmla="*/ 86836 h 91581"/>
                            <a:gd name="connsiteX8" fmla="*/ 38430 w 107389"/>
                            <a:gd name="connsiteY8" fmla="*/ 86836 h 91581"/>
                            <a:gd name="connsiteX9" fmla="*/ 55306 w 107389"/>
                            <a:gd name="connsiteY9" fmla="*/ 22895 h 91581"/>
                            <a:gd name="connsiteX10" fmla="*/ 72335 w 107389"/>
                            <a:gd name="connsiteY10" fmla="*/ 86836 h 91581"/>
                            <a:gd name="connsiteX11" fmla="*/ 83380 w 107389"/>
                            <a:gd name="connsiteY11" fmla="*/ 86836 h 91581"/>
                            <a:gd name="connsiteX12" fmla="*/ 105088 w 107389"/>
                            <a:gd name="connsiteY12" fmla="*/ 6244 h 91581"/>
                            <a:gd name="connsiteX13" fmla="*/ 95577 w 107389"/>
                            <a:gd name="connsiteY13" fmla="*/ 6244 h 915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107389" h="91581">
                              <a:moveTo>
                                <a:pt x="95577" y="6244"/>
                              </a:moveTo>
                              <a:lnTo>
                                <a:pt x="78011" y="73931"/>
                              </a:lnTo>
                              <a:lnTo>
                                <a:pt x="60445" y="6244"/>
                              </a:lnTo>
                              <a:lnTo>
                                <a:pt x="51087" y="6244"/>
                              </a:lnTo>
                              <a:lnTo>
                                <a:pt x="32831" y="73931"/>
                              </a:lnTo>
                              <a:lnTo>
                                <a:pt x="15418" y="6244"/>
                              </a:lnTo>
                              <a:lnTo>
                                <a:pt x="5753" y="6244"/>
                              </a:lnTo>
                              <a:lnTo>
                                <a:pt x="27384" y="86836"/>
                              </a:lnTo>
                              <a:lnTo>
                                <a:pt x="38430" y="86836"/>
                              </a:lnTo>
                              <a:lnTo>
                                <a:pt x="55306" y="22895"/>
                              </a:lnTo>
                              <a:lnTo>
                                <a:pt x="72335" y="86836"/>
                              </a:lnTo>
                              <a:lnTo>
                                <a:pt x="83380" y="86836"/>
                              </a:lnTo>
                              <a:lnTo>
                                <a:pt x="105088" y="6244"/>
                              </a:lnTo>
                              <a:lnTo>
                                <a:pt x="95577" y="6244"/>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Freihandform: Form 23"/>
                      <wps:cNvSpPr/>
                      <wps:spPr>
                        <a:xfrm>
                          <a:off x="6246310" y="586932"/>
                          <a:ext cx="15341" cy="91581"/>
                        </a:xfrm>
                        <a:custGeom>
                          <a:avLst/>
                          <a:gdLst>
                            <a:gd name="connsiteX0" fmla="*/ 6904 w 15341"/>
                            <a:gd name="connsiteY0" fmla="*/ 28307 h 91581"/>
                            <a:gd name="connsiteX1" fmla="*/ 15648 w 15341"/>
                            <a:gd name="connsiteY1" fmla="*/ 28307 h 91581"/>
                            <a:gd name="connsiteX2" fmla="*/ 15648 w 15341"/>
                            <a:gd name="connsiteY2" fmla="*/ 87085 h 91581"/>
                            <a:gd name="connsiteX3" fmla="*/ 6904 w 15341"/>
                            <a:gd name="connsiteY3" fmla="*/ 87085 h 91581"/>
                            <a:gd name="connsiteX4" fmla="*/ 6904 w 15341"/>
                            <a:gd name="connsiteY4" fmla="*/ 28307 h 91581"/>
                            <a:gd name="connsiteX5" fmla="*/ 5753 w 15341"/>
                            <a:gd name="connsiteY5" fmla="*/ 12322 h 91581"/>
                            <a:gd name="connsiteX6" fmla="*/ 11353 w 15341"/>
                            <a:gd name="connsiteY6" fmla="*/ 6244 h 91581"/>
                            <a:gd name="connsiteX7" fmla="*/ 16952 w 15341"/>
                            <a:gd name="connsiteY7" fmla="*/ 12322 h 91581"/>
                            <a:gd name="connsiteX8" fmla="*/ 11353 w 15341"/>
                            <a:gd name="connsiteY8" fmla="*/ 18399 h 91581"/>
                            <a:gd name="connsiteX9" fmla="*/ 5753 w 15341"/>
                            <a:gd name="connsiteY9" fmla="*/ 12322 h 915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5341" h="91581">
                              <a:moveTo>
                                <a:pt x="6904" y="28307"/>
                              </a:moveTo>
                              <a:lnTo>
                                <a:pt x="15648" y="28307"/>
                              </a:lnTo>
                              <a:lnTo>
                                <a:pt x="15648" y="87085"/>
                              </a:lnTo>
                              <a:lnTo>
                                <a:pt x="6904" y="87085"/>
                              </a:lnTo>
                              <a:lnTo>
                                <a:pt x="6904" y="28307"/>
                              </a:lnTo>
                              <a:close/>
                              <a:moveTo>
                                <a:pt x="5753" y="12322"/>
                              </a:moveTo>
                              <a:cubicBezTo>
                                <a:pt x="5753" y="8742"/>
                                <a:pt x="8208" y="6244"/>
                                <a:pt x="11353" y="6244"/>
                              </a:cubicBezTo>
                              <a:cubicBezTo>
                                <a:pt x="14498" y="6244"/>
                                <a:pt x="16952" y="8742"/>
                                <a:pt x="16952" y="12322"/>
                              </a:cubicBezTo>
                              <a:cubicBezTo>
                                <a:pt x="16952" y="15902"/>
                                <a:pt x="14498" y="18399"/>
                                <a:pt x="11353" y="18399"/>
                              </a:cubicBezTo>
                              <a:cubicBezTo>
                                <a:pt x="8208" y="18399"/>
                                <a:pt x="5753" y="15902"/>
                                <a:pt x="5753" y="12322"/>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Freihandform: Form 24"/>
                      <wps:cNvSpPr/>
                      <wps:spPr>
                        <a:xfrm>
                          <a:off x="6265716" y="608328"/>
                          <a:ext cx="53695" cy="66604"/>
                        </a:xfrm>
                        <a:custGeom>
                          <a:avLst/>
                          <a:gdLst>
                            <a:gd name="connsiteX0" fmla="*/ 14728 w 53694"/>
                            <a:gd name="connsiteY0" fmla="*/ 46374 h 66604"/>
                            <a:gd name="connsiteX1" fmla="*/ 29686 w 53694"/>
                            <a:gd name="connsiteY1" fmla="*/ 58363 h 66604"/>
                            <a:gd name="connsiteX2" fmla="*/ 42726 w 53694"/>
                            <a:gd name="connsiteY2" fmla="*/ 49371 h 66604"/>
                            <a:gd name="connsiteX3" fmla="*/ 28688 w 53694"/>
                            <a:gd name="connsiteY3" fmla="*/ 40380 h 66604"/>
                            <a:gd name="connsiteX4" fmla="*/ 6904 w 53694"/>
                            <a:gd name="connsiteY4" fmla="*/ 23895 h 66604"/>
                            <a:gd name="connsiteX5" fmla="*/ 28151 w 53694"/>
                            <a:gd name="connsiteY5" fmla="*/ 6245 h 66604"/>
                            <a:gd name="connsiteX6" fmla="*/ 50243 w 53694"/>
                            <a:gd name="connsiteY6" fmla="*/ 24811 h 66604"/>
                            <a:gd name="connsiteX7" fmla="*/ 41345 w 53694"/>
                            <a:gd name="connsiteY7" fmla="*/ 24811 h 66604"/>
                            <a:gd name="connsiteX8" fmla="*/ 28151 w 53694"/>
                            <a:gd name="connsiteY8" fmla="*/ 14321 h 66604"/>
                            <a:gd name="connsiteX9" fmla="*/ 15495 w 53694"/>
                            <a:gd name="connsiteY9" fmla="*/ 23229 h 66604"/>
                            <a:gd name="connsiteX10" fmla="*/ 29072 w 53694"/>
                            <a:gd name="connsiteY10" fmla="*/ 31555 h 66604"/>
                            <a:gd name="connsiteX11" fmla="*/ 51240 w 53694"/>
                            <a:gd name="connsiteY11" fmla="*/ 48705 h 66604"/>
                            <a:gd name="connsiteX12" fmla="*/ 29609 w 53694"/>
                            <a:gd name="connsiteY12" fmla="*/ 66439 h 66604"/>
                            <a:gd name="connsiteX13" fmla="*/ 5753 w 53694"/>
                            <a:gd name="connsiteY13" fmla="*/ 46374 h 66604"/>
                            <a:gd name="connsiteX14" fmla="*/ 14651 w 53694"/>
                            <a:gd name="connsiteY14" fmla="*/ 46374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53694" h="66604">
                              <a:moveTo>
                                <a:pt x="14728" y="46374"/>
                              </a:moveTo>
                              <a:cubicBezTo>
                                <a:pt x="15035" y="53284"/>
                                <a:pt x="20634" y="58363"/>
                                <a:pt x="29686" y="58363"/>
                              </a:cubicBezTo>
                              <a:cubicBezTo>
                                <a:pt x="37356" y="58363"/>
                                <a:pt x="42726" y="54783"/>
                                <a:pt x="42726" y="49371"/>
                              </a:cubicBezTo>
                              <a:cubicBezTo>
                                <a:pt x="42726" y="41962"/>
                                <a:pt x="36743" y="41379"/>
                                <a:pt x="28688" y="40380"/>
                              </a:cubicBezTo>
                              <a:cubicBezTo>
                                <a:pt x="16569" y="38798"/>
                                <a:pt x="6904" y="36134"/>
                                <a:pt x="6904" y="23895"/>
                              </a:cubicBezTo>
                              <a:cubicBezTo>
                                <a:pt x="6904" y="13155"/>
                                <a:pt x="15955" y="6162"/>
                                <a:pt x="28151" y="6245"/>
                              </a:cubicBezTo>
                              <a:cubicBezTo>
                                <a:pt x="40501" y="6328"/>
                                <a:pt x="49399" y="12572"/>
                                <a:pt x="50243" y="24811"/>
                              </a:cubicBezTo>
                              <a:lnTo>
                                <a:pt x="41345" y="24811"/>
                              </a:lnTo>
                              <a:cubicBezTo>
                                <a:pt x="40731" y="18816"/>
                                <a:pt x="35592" y="14321"/>
                                <a:pt x="28151" y="14321"/>
                              </a:cubicBezTo>
                              <a:cubicBezTo>
                                <a:pt x="20711" y="14321"/>
                                <a:pt x="15495" y="17734"/>
                                <a:pt x="15495" y="23229"/>
                              </a:cubicBezTo>
                              <a:cubicBezTo>
                                <a:pt x="15495" y="29640"/>
                                <a:pt x="21248" y="30472"/>
                                <a:pt x="29072" y="31555"/>
                              </a:cubicBezTo>
                              <a:cubicBezTo>
                                <a:pt x="41422" y="33136"/>
                                <a:pt x="51240" y="35717"/>
                                <a:pt x="51240" y="48705"/>
                              </a:cubicBezTo>
                              <a:cubicBezTo>
                                <a:pt x="51240" y="59612"/>
                                <a:pt x="41575" y="66439"/>
                                <a:pt x="29609" y="66439"/>
                              </a:cubicBezTo>
                              <a:cubicBezTo>
                                <a:pt x="15571" y="66439"/>
                                <a:pt x="5906" y="59279"/>
                                <a:pt x="5753" y="46374"/>
                              </a:cubicBezTo>
                              <a:lnTo>
                                <a:pt x="14651" y="46374"/>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Freihandform: Form 25"/>
                      <wps:cNvSpPr/>
                      <wps:spPr>
                        <a:xfrm>
                          <a:off x="6318721" y="608328"/>
                          <a:ext cx="53695" cy="66604"/>
                        </a:xfrm>
                        <a:custGeom>
                          <a:avLst/>
                          <a:gdLst>
                            <a:gd name="connsiteX0" fmla="*/ 14728 w 53694"/>
                            <a:gd name="connsiteY0" fmla="*/ 46374 h 66604"/>
                            <a:gd name="connsiteX1" fmla="*/ 29685 w 53694"/>
                            <a:gd name="connsiteY1" fmla="*/ 58363 h 66604"/>
                            <a:gd name="connsiteX2" fmla="*/ 42726 w 53694"/>
                            <a:gd name="connsiteY2" fmla="*/ 49371 h 66604"/>
                            <a:gd name="connsiteX3" fmla="*/ 28688 w 53694"/>
                            <a:gd name="connsiteY3" fmla="*/ 40380 h 66604"/>
                            <a:gd name="connsiteX4" fmla="*/ 6904 w 53694"/>
                            <a:gd name="connsiteY4" fmla="*/ 23895 h 66604"/>
                            <a:gd name="connsiteX5" fmla="*/ 28151 w 53694"/>
                            <a:gd name="connsiteY5" fmla="*/ 6245 h 66604"/>
                            <a:gd name="connsiteX6" fmla="*/ 50243 w 53694"/>
                            <a:gd name="connsiteY6" fmla="*/ 24811 h 66604"/>
                            <a:gd name="connsiteX7" fmla="*/ 41345 w 53694"/>
                            <a:gd name="connsiteY7" fmla="*/ 24811 h 66604"/>
                            <a:gd name="connsiteX8" fmla="*/ 28151 w 53694"/>
                            <a:gd name="connsiteY8" fmla="*/ 14321 h 66604"/>
                            <a:gd name="connsiteX9" fmla="*/ 15495 w 53694"/>
                            <a:gd name="connsiteY9" fmla="*/ 23229 h 66604"/>
                            <a:gd name="connsiteX10" fmla="*/ 29072 w 53694"/>
                            <a:gd name="connsiteY10" fmla="*/ 31555 h 66604"/>
                            <a:gd name="connsiteX11" fmla="*/ 51240 w 53694"/>
                            <a:gd name="connsiteY11" fmla="*/ 48705 h 66604"/>
                            <a:gd name="connsiteX12" fmla="*/ 29609 w 53694"/>
                            <a:gd name="connsiteY12" fmla="*/ 66439 h 66604"/>
                            <a:gd name="connsiteX13" fmla="*/ 5753 w 53694"/>
                            <a:gd name="connsiteY13" fmla="*/ 46374 h 66604"/>
                            <a:gd name="connsiteX14" fmla="*/ 14651 w 53694"/>
                            <a:gd name="connsiteY14" fmla="*/ 46374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53694" h="66604">
                              <a:moveTo>
                                <a:pt x="14728" y="46374"/>
                              </a:moveTo>
                              <a:cubicBezTo>
                                <a:pt x="15035" y="53284"/>
                                <a:pt x="20634" y="58363"/>
                                <a:pt x="29685" y="58363"/>
                              </a:cubicBezTo>
                              <a:cubicBezTo>
                                <a:pt x="37356" y="58363"/>
                                <a:pt x="42726" y="54783"/>
                                <a:pt x="42726" y="49371"/>
                              </a:cubicBezTo>
                              <a:cubicBezTo>
                                <a:pt x="42726" y="41962"/>
                                <a:pt x="36743" y="41379"/>
                                <a:pt x="28688" y="40380"/>
                              </a:cubicBezTo>
                              <a:cubicBezTo>
                                <a:pt x="16569" y="38798"/>
                                <a:pt x="6904" y="36134"/>
                                <a:pt x="6904" y="23895"/>
                              </a:cubicBezTo>
                              <a:cubicBezTo>
                                <a:pt x="6904" y="13155"/>
                                <a:pt x="15955" y="6162"/>
                                <a:pt x="28151" y="6245"/>
                              </a:cubicBezTo>
                              <a:cubicBezTo>
                                <a:pt x="40501" y="6328"/>
                                <a:pt x="49399" y="12572"/>
                                <a:pt x="50243" y="24811"/>
                              </a:cubicBezTo>
                              <a:lnTo>
                                <a:pt x="41345" y="24811"/>
                              </a:lnTo>
                              <a:cubicBezTo>
                                <a:pt x="40731" y="18816"/>
                                <a:pt x="35592" y="14321"/>
                                <a:pt x="28151" y="14321"/>
                              </a:cubicBezTo>
                              <a:cubicBezTo>
                                <a:pt x="20711" y="14321"/>
                                <a:pt x="15495" y="17734"/>
                                <a:pt x="15495" y="23229"/>
                              </a:cubicBezTo>
                              <a:cubicBezTo>
                                <a:pt x="15495" y="29640"/>
                                <a:pt x="21248" y="30472"/>
                                <a:pt x="29072" y="31555"/>
                              </a:cubicBezTo>
                              <a:cubicBezTo>
                                <a:pt x="41422" y="33136"/>
                                <a:pt x="51240" y="35717"/>
                                <a:pt x="51240" y="48705"/>
                              </a:cubicBezTo>
                              <a:cubicBezTo>
                                <a:pt x="51240" y="59612"/>
                                <a:pt x="41575" y="66439"/>
                                <a:pt x="29609" y="66439"/>
                              </a:cubicBezTo>
                              <a:cubicBezTo>
                                <a:pt x="15571" y="66439"/>
                                <a:pt x="5906" y="59279"/>
                                <a:pt x="5753" y="46374"/>
                              </a:cubicBezTo>
                              <a:lnTo>
                                <a:pt x="14651" y="46374"/>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Freihandform: Form 26"/>
                      <wps:cNvSpPr/>
                      <wps:spPr>
                        <a:xfrm>
                          <a:off x="6372032" y="608329"/>
                          <a:ext cx="61365" cy="66604"/>
                        </a:xfrm>
                        <a:custGeom>
                          <a:avLst/>
                          <a:gdLst>
                            <a:gd name="connsiteX0" fmla="*/ 47788 w 61365"/>
                            <a:gd name="connsiteY0" fmla="*/ 30305 h 66604"/>
                            <a:gd name="connsiteX1" fmla="*/ 31527 w 61365"/>
                            <a:gd name="connsiteY1" fmla="*/ 14570 h 66604"/>
                            <a:gd name="connsiteX2" fmla="*/ 15418 w 61365"/>
                            <a:gd name="connsiteY2" fmla="*/ 30305 h 66604"/>
                            <a:gd name="connsiteX3" fmla="*/ 47788 w 61365"/>
                            <a:gd name="connsiteY3" fmla="*/ 30305 h 66604"/>
                            <a:gd name="connsiteX4" fmla="*/ 5753 w 61365"/>
                            <a:gd name="connsiteY4" fmla="*/ 36299 h 66604"/>
                            <a:gd name="connsiteX5" fmla="*/ 31450 w 61365"/>
                            <a:gd name="connsiteY5" fmla="*/ 6244 h 66604"/>
                            <a:gd name="connsiteX6" fmla="*/ 57147 w 61365"/>
                            <a:gd name="connsiteY6" fmla="*/ 34135 h 66604"/>
                            <a:gd name="connsiteX7" fmla="*/ 56916 w 61365"/>
                            <a:gd name="connsiteY7" fmla="*/ 38131 h 66604"/>
                            <a:gd name="connsiteX8" fmla="*/ 14881 w 61365"/>
                            <a:gd name="connsiteY8" fmla="*/ 38131 h 66604"/>
                            <a:gd name="connsiteX9" fmla="*/ 14881 w 61365"/>
                            <a:gd name="connsiteY9" fmla="*/ 38964 h 66604"/>
                            <a:gd name="connsiteX10" fmla="*/ 31987 w 61365"/>
                            <a:gd name="connsiteY10" fmla="*/ 57946 h 66604"/>
                            <a:gd name="connsiteX11" fmla="*/ 47405 w 61365"/>
                            <a:gd name="connsiteY11" fmla="*/ 45957 h 66604"/>
                            <a:gd name="connsiteX12" fmla="*/ 56226 w 61365"/>
                            <a:gd name="connsiteY12" fmla="*/ 45957 h 66604"/>
                            <a:gd name="connsiteX13" fmla="*/ 32677 w 61365"/>
                            <a:gd name="connsiteY13" fmla="*/ 66355 h 66604"/>
                            <a:gd name="connsiteX14" fmla="*/ 5830 w 61365"/>
                            <a:gd name="connsiteY14" fmla="*/ 36299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61365" h="66604">
                              <a:moveTo>
                                <a:pt x="47788" y="30305"/>
                              </a:moveTo>
                              <a:cubicBezTo>
                                <a:pt x="46945" y="20148"/>
                                <a:pt x="40578" y="14570"/>
                                <a:pt x="31527" y="14570"/>
                              </a:cubicBezTo>
                              <a:cubicBezTo>
                                <a:pt x="23549" y="14570"/>
                                <a:pt x="16262" y="20814"/>
                                <a:pt x="15418" y="30305"/>
                              </a:cubicBezTo>
                              <a:lnTo>
                                <a:pt x="47788" y="30305"/>
                              </a:lnTo>
                              <a:close/>
                              <a:moveTo>
                                <a:pt x="5753" y="36299"/>
                              </a:moveTo>
                              <a:cubicBezTo>
                                <a:pt x="5753" y="18483"/>
                                <a:pt x="16185" y="6244"/>
                                <a:pt x="31450" y="6244"/>
                              </a:cubicBezTo>
                              <a:cubicBezTo>
                                <a:pt x="46714" y="6244"/>
                                <a:pt x="56686" y="16734"/>
                                <a:pt x="57147" y="34135"/>
                              </a:cubicBezTo>
                              <a:cubicBezTo>
                                <a:pt x="57147" y="35384"/>
                                <a:pt x="57070" y="36799"/>
                                <a:pt x="56916" y="38131"/>
                              </a:cubicBezTo>
                              <a:lnTo>
                                <a:pt x="14881" y="38131"/>
                              </a:lnTo>
                              <a:lnTo>
                                <a:pt x="14881" y="38964"/>
                              </a:lnTo>
                              <a:cubicBezTo>
                                <a:pt x="15188" y="50120"/>
                                <a:pt x="21708" y="57946"/>
                                <a:pt x="31987" y="57946"/>
                              </a:cubicBezTo>
                              <a:cubicBezTo>
                                <a:pt x="39657" y="57946"/>
                                <a:pt x="45564" y="53533"/>
                                <a:pt x="47405" y="45957"/>
                              </a:cubicBezTo>
                              <a:lnTo>
                                <a:pt x="56226" y="45957"/>
                              </a:lnTo>
                              <a:cubicBezTo>
                                <a:pt x="54078" y="57696"/>
                                <a:pt x="45180" y="66355"/>
                                <a:pt x="32677" y="66355"/>
                              </a:cubicBezTo>
                              <a:cubicBezTo>
                                <a:pt x="16415" y="66355"/>
                                <a:pt x="5830" y="54283"/>
                                <a:pt x="5830" y="36299"/>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Freihandform: Form 27"/>
                      <wps:cNvSpPr/>
                      <wps:spPr>
                        <a:xfrm>
                          <a:off x="6433244" y="608246"/>
                          <a:ext cx="53695" cy="66604"/>
                        </a:xfrm>
                        <a:custGeom>
                          <a:avLst/>
                          <a:gdLst>
                            <a:gd name="connsiteX0" fmla="*/ 54232 w 53694"/>
                            <a:gd name="connsiteY0" fmla="*/ 33052 h 66604"/>
                            <a:gd name="connsiteX1" fmla="*/ 54232 w 53694"/>
                            <a:gd name="connsiteY1" fmla="*/ 65772 h 66604"/>
                            <a:gd name="connsiteX2" fmla="*/ 45487 w 53694"/>
                            <a:gd name="connsiteY2" fmla="*/ 65772 h 66604"/>
                            <a:gd name="connsiteX3" fmla="*/ 45487 w 53694"/>
                            <a:gd name="connsiteY3" fmla="*/ 33635 h 66604"/>
                            <a:gd name="connsiteX4" fmla="*/ 30836 w 53694"/>
                            <a:gd name="connsiteY4" fmla="*/ 14986 h 66604"/>
                            <a:gd name="connsiteX5" fmla="*/ 14498 w 53694"/>
                            <a:gd name="connsiteY5" fmla="*/ 36383 h 66604"/>
                            <a:gd name="connsiteX6" fmla="*/ 14498 w 53694"/>
                            <a:gd name="connsiteY6" fmla="*/ 65772 h 66604"/>
                            <a:gd name="connsiteX7" fmla="*/ 5753 w 53694"/>
                            <a:gd name="connsiteY7" fmla="*/ 65772 h 66604"/>
                            <a:gd name="connsiteX8" fmla="*/ 5753 w 53694"/>
                            <a:gd name="connsiteY8" fmla="*/ 6993 h 66604"/>
                            <a:gd name="connsiteX9" fmla="*/ 13270 w 53694"/>
                            <a:gd name="connsiteY9" fmla="*/ 6993 h 66604"/>
                            <a:gd name="connsiteX10" fmla="*/ 14421 w 53694"/>
                            <a:gd name="connsiteY10" fmla="*/ 14903 h 66604"/>
                            <a:gd name="connsiteX11" fmla="*/ 32217 w 53694"/>
                            <a:gd name="connsiteY11" fmla="*/ 6244 h 66604"/>
                            <a:gd name="connsiteX12" fmla="*/ 54078 w 53694"/>
                            <a:gd name="connsiteY12" fmla="*/ 32969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53694" h="66604">
                              <a:moveTo>
                                <a:pt x="54232" y="33052"/>
                              </a:moveTo>
                              <a:lnTo>
                                <a:pt x="54232" y="65772"/>
                              </a:lnTo>
                              <a:lnTo>
                                <a:pt x="45487" y="65772"/>
                              </a:lnTo>
                              <a:lnTo>
                                <a:pt x="45487" y="33635"/>
                              </a:lnTo>
                              <a:cubicBezTo>
                                <a:pt x="45487" y="21397"/>
                                <a:pt x="40271" y="14986"/>
                                <a:pt x="30836" y="14986"/>
                              </a:cubicBezTo>
                              <a:cubicBezTo>
                                <a:pt x="20634" y="14986"/>
                                <a:pt x="14498" y="23145"/>
                                <a:pt x="14498" y="36383"/>
                              </a:cubicBezTo>
                              <a:lnTo>
                                <a:pt x="14498" y="65772"/>
                              </a:lnTo>
                              <a:lnTo>
                                <a:pt x="5753" y="65772"/>
                              </a:lnTo>
                              <a:lnTo>
                                <a:pt x="5753" y="6993"/>
                              </a:lnTo>
                              <a:lnTo>
                                <a:pt x="13270" y="6993"/>
                              </a:lnTo>
                              <a:lnTo>
                                <a:pt x="14421" y="14903"/>
                              </a:lnTo>
                              <a:cubicBezTo>
                                <a:pt x="17643" y="10407"/>
                                <a:pt x="23089" y="6244"/>
                                <a:pt x="32217" y="6244"/>
                              </a:cubicBezTo>
                              <a:cubicBezTo>
                                <a:pt x="44413" y="6244"/>
                                <a:pt x="54078" y="13487"/>
                                <a:pt x="54078" y="32969"/>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Freihandform: Form 28"/>
                      <wps:cNvSpPr/>
                      <wps:spPr>
                        <a:xfrm>
                          <a:off x="6490621" y="608328"/>
                          <a:ext cx="53695" cy="66604"/>
                        </a:xfrm>
                        <a:custGeom>
                          <a:avLst/>
                          <a:gdLst>
                            <a:gd name="connsiteX0" fmla="*/ 14728 w 53694"/>
                            <a:gd name="connsiteY0" fmla="*/ 46374 h 66604"/>
                            <a:gd name="connsiteX1" fmla="*/ 29685 w 53694"/>
                            <a:gd name="connsiteY1" fmla="*/ 58363 h 66604"/>
                            <a:gd name="connsiteX2" fmla="*/ 42726 w 53694"/>
                            <a:gd name="connsiteY2" fmla="*/ 49371 h 66604"/>
                            <a:gd name="connsiteX3" fmla="*/ 28688 w 53694"/>
                            <a:gd name="connsiteY3" fmla="*/ 40380 h 66604"/>
                            <a:gd name="connsiteX4" fmla="*/ 6904 w 53694"/>
                            <a:gd name="connsiteY4" fmla="*/ 23895 h 66604"/>
                            <a:gd name="connsiteX5" fmla="*/ 28151 w 53694"/>
                            <a:gd name="connsiteY5" fmla="*/ 6245 h 66604"/>
                            <a:gd name="connsiteX6" fmla="*/ 50243 w 53694"/>
                            <a:gd name="connsiteY6" fmla="*/ 24811 h 66604"/>
                            <a:gd name="connsiteX7" fmla="*/ 41345 w 53694"/>
                            <a:gd name="connsiteY7" fmla="*/ 24811 h 66604"/>
                            <a:gd name="connsiteX8" fmla="*/ 28151 w 53694"/>
                            <a:gd name="connsiteY8" fmla="*/ 14321 h 66604"/>
                            <a:gd name="connsiteX9" fmla="*/ 15495 w 53694"/>
                            <a:gd name="connsiteY9" fmla="*/ 23229 h 66604"/>
                            <a:gd name="connsiteX10" fmla="*/ 29072 w 53694"/>
                            <a:gd name="connsiteY10" fmla="*/ 31555 h 66604"/>
                            <a:gd name="connsiteX11" fmla="*/ 51240 w 53694"/>
                            <a:gd name="connsiteY11" fmla="*/ 48705 h 66604"/>
                            <a:gd name="connsiteX12" fmla="*/ 29609 w 53694"/>
                            <a:gd name="connsiteY12" fmla="*/ 66439 h 66604"/>
                            <a:gd name="connsiteX13" fmla="*/ 5753 w 53694"/>
                            <a:gd name="connsiteY13" fmla="*/ 46374 h 66604"/>
                            <a:gd name="connsiteX14" fmla="*/ 14651 w 53694"/>
                            <a:gd name="connsiteY14" fmla="*/ 46374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53694" h="66604">
                              <a:moveTo>
                                <a:pt x="14728" y="46374"/>
                              </a:moveTo>
                              <a:cubicBezTo>
                                <a:pt x="15034" y="53284"/>
                                <a:pt x="20634" y="58363"/>
                                <a:pt x="29685" y="58363"/>
                              </a:cubicBezTo>
                              <a:cubicBezTo>
                                <a:pt x="37356" y="58363"/>
                                <a:pt x="42726" y="54783"/>
                                <a:pt x="42726" y="49371"/>
                              </a:cubicBezTo>
                              <a:cubicBezTo>
                                <a:pt x="42726" y="41962"/>
                                <a:pt x="36819" y="41379"/>
                                <a:pt x="28688" y="40380"/>
                              </a:cubicBezTo>
                              <a:cubicBezTo>
                                <a:pt x="16569" y="38798"/>
                                <a:pt x="6904" y="36134"/>
                                <a:pt x="6904" y="23895"/>
                              </a:cubicBezTo>
                              <a:cubicBezTo>
                                <a:pt x="6904" y="13155"/>
                                <a:pt x="15955" y="6162"/>
                                <a:pt x="28151" y="6245"/>
                              </a:cubicBezTo>
                              <a:cubicBezTo>
                                <a:pt x="40501" y="6328"/>
                                <a:pt x="49399" y="12572"/>
                                <a:pt x="50243" y="24811"/>
                              </a:cubicBezTo>
                              <a:lnTo>
                                <a:pt x="41345" y="24811"/>
                              </a:lnTo>
                              <a:cubicBezTo>
                                <a:pt x="40731" y="18816"/>
                                <a:pt x="35592" y="14321"/>
                                <a:pt x="28151" y="14321"/>
                              </a:cubicBezTo>
                              <a:cubicBezTo>
                                <a:pt x="20711" y="14321"/>
                                <a:pt x="15495" y="17734"/>
                                <a:pt x="15495" y="23229"/>
                              </a:cubicBezTo>
                              <a:cubicBezTo>
                                <a:pt x="15495" y="29640"/>
                                <a:pt x="21248" y="30472"/>
                                <a:pt x="29072" y="31555"/>
                              </a:cubicBezTo>
                              <a:cubicBezTo>
                                <a:pt x="41422" y="33136"/>
                                <a:pt x="51240" y="35717"/>
                                <a:pt x="51240" y="48705"/>
                              </a:cubicBezTo>
                              <a:cubicBezTo>
                                <a:pt x="51240" y="59612"/>
                                <a:pt x="41575" y="66439"/>
                                <a:pt x="29609" y="66439"/>
                              </a:cubicBezTo>
                              <a:cubicBezTo>
                                <a:pt x="15571" y="66439"/>
                                <a:pt x="5906" y="59279"/>
                                <a:pt x="5753" y="46374"/>
                              </a:cubicBezTo>
                              <a:lnTo>
                                <a:pt x="14651" y="46374"/>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Freihandform: Form 29"/>
                      <wps:cNvSpPr/>
                      <wps:spPr>
                        <a:xfrm>
                          <a:off x="6543779" y="608412"/>
                          <a:ext cx="61365" cy="66604"/>
                        </a:xfrm>
                        <a:custGeom>
                          <a:avLst/>
                          <a:gdLst>
                            <a:gd name="connsiteX0" fmla="*/ 5906 w 61365"/>
                            <a:gd name="connsiteY0" fmla="*/ 36383 h 66604"/>
                            <a:gd name="connsiteX1" fmla="*/ 32294 w 61365"/>
                            <a:gd name="connsiteY1" fmla="*/ 6244 h 66604"/>
                            <a:gd name="connsiteX2" fmla="*/ 56149 w 61365"/>
                            <a:gd name="connsiteY2" fmla="*/ 27225 h 66604"/>
                            <a:gd name="connsiteX3" fmla="*/ 47021 w 61365"/>
                            <a:gd name="connsiteY3" fmla="*/ 27225 h 66604"/>
                            <a:gd name="connsiteX4" fmla="*/ 32140 w 61365"/>
                            <a:gd name="connsiteY4" fmla="*/ 14653 h 66604"/>
                            <a:gd name="connsiteX5" fmla="*/ 14728 w 61365"/>
                            <a:gd name="connsiteY5" fmla="*/ 36383 h 66604"/>
                            <a:gd name="connsiteX6" fmla="*/ 32140 w 61365"/>
                            <a:gd name="connsiteY6" fmla="*/ 57946 h 66604"/>
                            <a:gd name="connsiteX7" fmla="*/ 46868 w 61365"/>
                            <a:gd name="connsiteY7" fmla="*/ 45624 h 66604"/>
                            <a:gd name="connsiteX8" fmla="*/ 56073 w 61365"/>
                            <a:gd name="connsiteY8" fmla="*/ 45624 h 66604"/>
                            <a:gd name="connsiteX9" fmla="*/ 31987 w 61365"/>
                            <a:gd name="connsiteY9" fmla="*/ 66355 h 66604"/>
                            <a:gd name="connsiteX10" fmla="*/ 5753 w 61365"/>
                            <a:gd name="connsiteY10" fmla="*/ 36383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61365" h="66604">
                              <a:moveTo>
                                <a:pt x="5906" y="36383"/>
                              </a:moveTo>
                              <a:cubicBezTo>
                                <a:pt x="5906" y="18399"/>
                                <a:pt x="16645" y="6244"/>
                                <a:pt x="32294" y="6244"/>
                              </a:cubicBezTo>
                              <a:cubicBezTo>
                                <a:pt x="45564" y="6244"/>
                                <a:pt x="53925" y="14320"/>
                                <a:pt x="56149" y="27225"/>
                              </a:cubicBezTo>
                              <a:lnTo>
                                <a:pt x="47021" y="27225"/>
                              </a:lnTo>
                              <a:cubicBezTo>
                                <a:pt x="45410" y="19399"/>
                                <a:pt x="40118" y="14653"/>
                                <a:pt x="32140" y="14653"/>
                              </a:cubicBezTo>
                              <a:cubicBezTo>
                                <a:pt x="21708" y="14653"/>
                                <a:pt x="14728" y="23645"/>
                                <a:pt x="14728" y="36383"/>
                              </a:cubicBezTo>
                              <a:cubicBezTo>
                                <a:pt x="14728" y="49121"/>
                                <a:pt x="21708" y="57946"/>
                                <a:pt x="32140" y="57946"/>
                              </a:cubicBezTo>
                              <a:cubicBezTo>
                                <a:pt x="39888" y="57946"/>
                                <a:pt x="45180" y="53117"/>
                                <a:pt x="46868" y="45624"/>
                              </a:cubicBezTo>
                              <a:lnTo>
                                <a:pt x="56073" y="45624"/>
                              </a:lnTo>
                              <a:cubicBezTo>
                                <a:pt x="53925" y="58279"/>
                                <a:pt x="45104" y="66355"/>
                                <a:pt x="31987" y="66355"/>
                              </a:cubicBezTo>
                              <a:cubicBezTo>
                                <a:pt x="16185" y="66355"/>
                                <a:pt x="5753" y="54699"/>
                                <a:pt x="5753" y="36383"/>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Freihandform: Form 30"/>
                      <wps:cNvSpPr/>
                      <wps:spPr>
                        <a:xfrm>
                          <a:off x="6603687" y="587182"/>
                          <a:ext cx="53695" cy="91581"/>
                        </a:xfrm>
                        <a:custGeom>
                          <a:avLst/>
                          <a:gdLst>
                            <a:gd name="connsiteX0" fmla="*/ 54308 w 53694"/>
                            <a:gd name="connsiteY0" fmla="*/ 54116 h 91581"/>
                            <a:gd name="connsiteX1" fmla="*/ 54308 w 53694"/>
                            <a:gd name="connsiteY1" fmla="*/ 86836 h 91581"/>
                            <a:gd name="connsiteX2" fmla="*/ 45564 w 53694"/>
                            <a:gd name="connsiteY2" fmla="*/ 86836 h 91581"/>
                            <a:gd name="connsiteX3" fmla="*/ 45564 w 53694"/>
                            <a:gd name="connsiteY3" fmla="*/ 54699 h 91581"/>
                            <a:gd name="connsiteX4" fmla="*/ 30836 w 53694"/>
                            <a:gd name="connsiteY4" fmla="*/ 36050 h 91581"/>
                            <a:gd name="connsiteX5" fmla="*/ 14498 w 53694"/>
                            <a:gd name="connsiteY5" fmla="*/ 57446 h 91581"/>
                            <a:gd name="connsiteX6" fmla="*/ 14498 w 53694"/>
                            <a:gd name="connsiteY6" fmla="*/ 86836 h 91581"/>
                            <a:gd name="connsiteX7" fmla="*/ 5753 w 53694"/>
                            <a:gd name="connsiteY7" fmla="*/ 86836 h 91581"/>
                            <a:gd name="connsiteX8" fmla="*/ 5753 w 53694"/>
                            <a:gd name="connsiteY8" fmla="*/ 6244 h 91581"/>
                            <a:gd name="connsiteX9" fmla="*/ 14498 w 53694"/>
                            <a:gd name="connsiteY9" fmla="*/ 6244 h 91581"/>
                            <a:gd name="connsiteX10" fmla="*/ 14498 w 53694"/>
                            <a:gd name="connsiteY10" fmla="*/ 37798 h 91581"/>
                            <a:gd name="connsiteX11" fmla="*/ 32294 w 53694"/>
                            <a:gd name="connsiteY11" fmla="*/ 27391 h 91581"/>
                            <a:gd name="connsiteX12" fmla="*/ 54232 w 53694"/>
                            <a:gd name="connsiteY12" fmla="*/ 54116 h 915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53694" h="91581">
                              <a:moveTo>
                                <a:pt x="54308" y="54116"/>
                              </a:moveTo>
                              <a:lnTo>
                                <a:pt x="54308" y="86836"/>
                              </a:lnTo>
                              <a:lnTo>
                                <a:pt x="45564" y="86836"/>
                              </a:lnTo>
                              <a:lnTo>
                                <a:pt x="45564" y="54699"/>
                              </a:lnTo>
                              <a:cubicBezTo>
                                <a:pt x="45564" y="42460"/>
                                <a:pt x="40118" y="36050"/>
                                <a:pt x="30836" y="36050"/>
                              </a:cubicBezTo>
                              <a:cubicBezTo>
                                <a:pt x="20788" y="36050"/>
                                <a:pt x="14498" y="44209"/>
                                <a:pt x="14498" y="57446"/>
                              </a:cubicBezTo>
                              <a:lnTo>
                                <a:pt x="14498" y="86836"/>
                              </a:lnTo>
                              <a:lnTo>
                                <a:pt x="5753" y="86836"/>
                              </a:lnTo>
                              <a:lnTo>
                                <a:pt x="5753" y="6244"/>
                              </a:lnTo>
                              <a:lnTo>
                                <a:pt x="14498" y="6244"/>
                              </a:lnTo>
                              <a:lnTo>
                                <a:pt x="14498" y="37798"/>
                              </a:lnTo>
                              <a:cubicBezTo>
                                <a:pt x="17643" y="32303"/>
                                <a:pt x="23165" y="27391"/>
                                <a:pt x="32294" y="27391"/>
                              </a:cubicBezTo>
                              <a:cubicBezTo>
                                <a:pt x="44413" y="27391"/>
                                <a:pt x="54232" y="34634"/>
                                <a:pt x="54232" y="54116"/>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Freihandform: Form 31"/>
                      <wps:cNvSpPr/>
                      <wps:spPr>
                        <a:xfrm>
                          <a:off x="6661447" y="608496"/>
                          <a:ext cx="61365" cy="66604"/>
                        </a:xfrm>
                        <a:custGeom>
                          <a:avLst/>
                          <a:gdLst>
                            <a:gd name="connsiteX0" fmla="*/ 43416 w 61365"/>
                            <a:gd name="connsiteY0" fmla="*/ 38714 h 66604"/>
                            <a:gd name="connsiteX1" fmla="*/ 26617 w 61365"/>
                            <a:gd name="connsiteY1" fmla="*/ 38714 h 66604"/>
                            <a:gd name="connsiteX2" fmla="*/ 14498 w 61365"/>
                            <a:gd name="connsiteY2" fmla="*/ 48538 h 66604"/>
                            <a:gd name="connsiteX3" fmla="*/ 26310 w 61365"/>
                            <a:gd name="connsiteY3" fmla="*/ 58196 h 66604"/>
                            <a:gd name="connsiteX4" fmla="*/ 43416 w 61365"/>
                            <a:gd name="connsiteY4" fmla="*/ 41628 h 66604"/>
                            <a:gd name="connsiteX5" fmla="*/ 43416 w 61365"/>
                            <a:gd name="connsiteY5" fmla="*/ 38714 h 66604"/>
                            <a:gd name="connsiteX6" fmla="*/ 58374 w 61365"/>
                            <a:gd name="connsiteY6" fmla="*/ 56947 h 66604"/>
                            <a:gd name="connsiteX7" fmla="*/ 58374 w 61365"/>
                            <a:gd name="connsiteY7" fmla="*/ 65605 h 66604"/>
                            <a:gd name="connsiteX8" fmla="*/ 53618 w 61365"/>
                            <a:gd name="connsiteY8" fmla="*/ 65605 h 66604"/>
                            <a:gd name="connsiteX9" fmla="*/ 43876 w 61365"/>
                            <a:gd name="connsiteY9" fmla="*/ 56531 h 66604"/>
                            <a:gd name="connsiteX10" fmla="*/ 25697 w 61365"/>
                            <a:gd name="connsiteY10" fmla="*/ 66355 h 66604"/>
                            <a:gd name="connsiteX11" fmla="*/ 5753 w 61365"/>
                            <a:gd name="connsiteY11" fmla="*/ 49204 h 66604"/>
                            <a:gd name="connsiteX12" fmla="*/ 27538 w 61365"/>
                            <a:gd name="connsiteY12" fmla="*/ 30888 h 66604"/>
                            <a:gd name="connsiteX13" fmla="*/ 43416 w 61365"/>
                            <a:gd name="connsiteY13" fmla="*/ 30888 h 66604"/>
                            <a:gd name="connsiteX14" fmla="*/ 43416 w 61365"/>
                            <a:gd name="connsiteY14" fmla="*/ 26892 h 66604"/>
                            <a:gd name="connsiteX15" fmla="*/ 29916 w 61365"/>
                            <a:gd name="connsiteY15" fmla="*/ 14653 h 66604"/>
                            <a:gd name="connsiteX16" fmla="*/ 16108 w 61365"/>
                            <a:gd name="connsiteY16" fmla="*/ 24560 h 66604"/>
                            <a:gd name="connsiteX17" fmla="*/ 7441 w 61365"/>
                            <a:gd name="connsiteY17" fmla="*/ 24560 h 66604"/>
                            <a:gd name="connsiteX18" fmla="*/ 30376 w 61365"/>
                            <a:gd name="connsiteY18" fmla="*/ 6244 h 66604"/>
                            <a:gd name="connsiteX19" fmla="*/ 52161 w 61365"/>
                            <a:gd name="connsiteY19" fmla="*/ 27391 h 66604"/>
                            <a:gd name="connsiteX20" fmla="*/ 52161 w 61365"/>
                            <a:gd name="connsiteY20" fmla="*/ 53117 h 66604"/>
                            <a:gd name="connsiteX21" fmla="*/ 55689 w 61365"/>
                            <a:gd name="connsiteY21" fmla="*/ 57030 h 66604"/>
                            <a:gd name="connsiteX22" fmla="*/ 58451 w 61365"/>
                            <a:gd name="connsiteY22" fmla="*/ 57030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61365" h="66604">
                              <a:moveTo>
                                <a:pt x="43416" y="38714"/>
                              </a:moveTo>
                              <a:lnTo>
                                <a:pt x="26617" y="38714"/>
                              </a:lnTo>
                              <a:cubicBezTo>
                                <a:pt x="18870" y="38714"/>
                                <a:pt x="14498" y="41794"/>
                                <a:pt x="14498" y="48538"/>
                              </a:cubicBezTo>
                              <a:cubicBezTo>
                                <a:pt x="14498" y="54283"/>
                                <a:pt x="19100" y="58196"/>
                                <a:pt x="26310" y="58196"/>
                              </a:cubicBezTo>
                              <a:cubicBezTo>
                                <a:pt x="37126" y="58196"/>
                                <a:pt x="43416" y="51369"/>
                                <a:pt x="43416" y="41628"/>
                              </a:cubicBezTo>
                              <a:lnTo>
                                <a:pt x="43416" y="38714"/>
                              </a:lnTo>
                              <a:close/>
                              <a:moveTo>
                                <a:pt x="58374" y="56947"/>
                              </a:moveTo>
                              <a:lnTo>
                                <a:pt x="58374" y="65605"/>
                              </a:lnTo>
                              <a:lnTo>
                                <a:pt x="53618" y="65605"/>
                              </a:lnTo>
                              <a:cubicBezTo>
                                <a:pt x="46408" y="65605"/>
                                <a:pt x="43953" y="62275"/>
                                <a:pt x="43876" y="56531"/>
                              </a:cubicBezTo>
                              <a:cubicBezTo>
                                <a:pt x="40501" y="61859"/>
                                <a:pt x="35055" y="66355"/>
                                <a:pt x="25697" y="66355"/>
                              </a:cubicBezTo>
                              <a:cubicBezTo>
                                <a:pt x="13807" y="66355"/>
                                <a:pt x="5753" y="59861"/>
                                <a:pt x="5753" y="49204"/>
                              </a:cubicBezTo>
                              <a:cubicBezTo>
                                <a:pt x="5753" y="37465"/>
                                <a:pt x="13270" y="30888"/>
                                <a:pt x="27538" y="30888"/>
                              </a:cubicBezTo>
                              <a:lnTo>
                                <a:pt x="43416" y="30888"/>
                              </a:lnTo>
                              <a:lnTo>
                                <a:pt x="43416" y="26892"/>
                              </a:lnTo>
                              <a:cubicBezTo>
                                <a:pt x="43416" y="19315"/>
                                <a:pt x="38430" y="14653"/>
                                <a:pt x="29916" y="14653"/>
                              </a:cubicBezTo>
                              <a:cubicBezTo>
                                <a:pt x="22245" y="14653"/>
                                <a:pt x="17182" y="18566"/>
                                <a:pt x="16108" y="24560"/>
                              </a:cubicBezTo>
                              <a:lnTo>
                                <a:pt x="7441" y="24560"/>
                              </a:lnTo>
                              <a:cubicBezTo>
                                <a:pt x="8745" y="13071"/>
                                <a:pt x="17336" y="6244"/>
                                <a:pt x="30376" y="6244"/>
                              </a:cubicBezTo>
                              <a:cubicBezTo>
                                <a:pt x="44183" y="6244"/>
                                <a:pt x="52161" y="13737"/>
                                <a:pt x="52161" y="27391"/>
                              </a:cubicBezTo>
                              <a:lnTo>
                                <a:pt x="52161" y="53117"/>
                              </a:lnTo>
                              <a:cubicBezTo>
                                <a:pt x="52161" y="56198"/>
                                <a:pt x="53235" y="57030"/>
                                <a:pt x="55689" y="57030"/>
                              </a:cubicBezTo>
                              <a:lnTo>
                                <a:pt x="58451" y="57030"/>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Freihandform: Form 32"/>
                      <wps:cNvSpPr/>
                      <wps:spPr>
                        <a:xfrm>
                          <a:off x="6715065" y="587099"/>
                          <a:ext cx="69036" cy="91581"/>
                        </a:xfrm>
                        <a:custGeom>
                          <a:avLst/>
                          <a:gdLst>
                            <a:gd name="connsiteX0" fmla="*/ 69343 w 69036"/>
                            <a:gd name="connsiteY0" fmla="*/ 78260 h 91581"/>
                            <a:gd name="connsiteX1" fmla="*/ 69343 w 69036"/>
                            <a:gd name="connsiteY1" fmla="*/ 86919 h 91581"/>
                            <a:gd name="connsiteX2" fmla="*/ 59371 w 69036"/>
                            <a:gd name="connsiteY2" fmla="*/ 86919 h 91581"/>
                            <a:gd name="connsiteX3" fmla="*/ 45257 w 69036"/>
                            <a:gd name="connsiteY3" fmla="*/ 71600 h 91581"/>
                            <a:gd name="connsiteX4" fmla="*/ 45257 w 69036"/>
                            <a:gd name="connsiteY4" fmla="*/ 36799 h 91581"/>
                            <a:gd name="connsiteX5" fmla="*/ 24163 w 69036"/>
                            <a:gd name="connsiteY5" fmla="*/ 36799 h 91581"/>
                            <a:gd name="connsiteX6" fmla="*/ 24163 w 69036"/>
                            <a:gd name="connsiteY6" fmla="*/ 86919 h 91581"/>
                            <a:gd name="connsiteX7" fmla="*/ 15495 w 69036"/>
                            <a:gd name="connsiteY7" fmla="*/ 86919 h 91581"/>
                            <a:gd name="connsiteX8" fmla="*/ 15495 w 69036"/>
                            <a:gd name="connsiteY8" fmla="*/ 36799 h 91581"/>
                            <a:gd name="connsiteX9" fmla="*/ 5753 w 69036"/>
                            <a:gd name="connsiteY9" fmla="*/ 36799 h 91581"/>
                            <a:gd name="connsiteX10" fmla="*/ 5753 w 69036"/>
                            <a:gd name="connsiteY10" fmla="*/ 28140 h 91581"/>
                            <a:gd name="connsiteX11" fmla="*/ 15495 w 69036"/>
                            <a:gd name="connsiteY11" fmla="*/ 28140 h 91581"/>
                            <a:gd name="connsiteX12" fmla="*/ 15495 w 69036"/>
                            <a:gd name="connsiteY12" fmla="*/ 21563 h 91581"/>
                            <a:gd name="connsiteX13" fmla="*/ 29609 w 69036"/>
                            <a:gd name="connsiteY13" fmla="*/ 6244 h 91581"/>
                            <a:gd name="connsiteX14" fmla="*/ 37893 w 69036"/>
                            <a:gd name="connsiteY14" fmla="*/ 6244 h 91581"/>
                            <a:gd name="connsiteX15" fmla="*/ 37893 w 69036"/>
                            <a:gd name="connsiteY15" fmla="*/ 14903 h 91581"/>
                            <a:gd name="connsiteX16" fmla="*/ 30146 w 69036"/>
                            <a:gd name="connsiteY16" fmla="*/ 14903 h 91581"/>
                            <a:gd name="connsiteX17" fmla="*/ 24163 w 69036"/>
                            <a:gd name="connsiteY17" fmla="*/ 21313 h 91581"/>
                            <a:gd name="connsiteX18" fmla="*/ 24163 w 69036"/>
                            <a:gd name="connsiteY18" fmla="*/ 28140 h 91581"/>
                            <a:gd name="connsiteX19" fmla="*/ 45257 w 69036"/>
                            <a:gd name="connsiteY19" fmla="*/ 28140 h 91581"/>
                            <a:gd name="connsiteX20" fmla="*/ 45257 w 69036"/>
                            <a:gd name="connsiteY20" fmla="*/ 11656 h 91581"/>
                            <a:gd name="connsiteX21" fmla="*/ 53925 w 69036"/>
                            <a:gd name="connsiteY21" fmla="*/ 11656 h 91581"/>
                            <a:gd name="connsiteX22" fmla="*/ 53925 w 69036"/>
                            <a:gd name="connsiteY22" fmla="*/ 28140 h 91581"/>
                            <a:gd name="connsiteX23" fmla="*/ 67655 w 69036"/>
                            <a:gd name="connsiteY23" fmla="*/ 28140 h 91581"/>
                            <a:gd name="connsiteX24" fmla="*/ 67655 w 69036"/>
                            <a:gd name="connsiteY24" fmla="*/ 36799 h 91581"/>
                            <a:gd name="connsiteX25" fmla="*/ 53925 w 69036"/>
                            <a:gd name="connsiteY25" fmla="*/ 36799 h 91581"/>
                            <a:gd name="connsiteX26" fmla="*/ 53925 w 69036"/>
                            <a:gd name="connsiteY26" fmla="*/ 71433 h 91581"/>
                            <a:gd name="connsiteX27" fmla="*/ 59908 w 69036"/>
                            <a:gd name="connsiteY27" fmla="*/ 78260 h 91581"/>
                            <a:gd name="connsiteX28" fmla="*/ 69343 w 69036"/>
                            <a:gd name="connsiteY28" fmla="*/ 78260 h 915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Lst>
                          <a:rect l="l" t="t" r="r" b="b"/>
                          <a:pathLst>
                            <a:path w="69036" h="91581">
                              <a:moveTo>
                                <a:pt x="69343" y="78260"/>
                              </a:moveTo>
                              <a:lnTo>
                                <a:pt x="69343" y="86919"/>
                              </a:lnTo>
                              <a:lnTo>
                                <a:pt x="59371" y="86919"/>
                              </a:lnTo>
                              <a:cubicBezTo>
                                <a:pt x="48939" y="86919"/>
                                <a:pt x="45257" y="82007"/>
                                <a:pt x="45257" y="71600"/>
                              </a:cubicBezTo>
                              <a:lnTo>
                                <a:pt x="45257" y="36799"/>
                              </a:lnTo>
                              <a:lnTo>
                                <a:pt x="24163" y="36799"/>
                              </a:lnTo>
                              <a:lnTo>
                                <a:pt x="24163" y="86919"/>
                              </a:lnTo>
                              <a:lnTo>
                                <a:pt x="15495" y="86919"/>
                              </a:lnTo>
                              <a:lnTo>
                                <a:pt x="15495" y="36799"/>
                              </a:lnTo>
                              <a:lnTo>
                                <a:pt x="5753" y="36799"/>
                              </a:lnTo>
                              <a:lnTo>
                                <a:pt x="5753" y="28140"/>
                              </a:lnTo>
                              <a:lnTo>
                                <a:pt x="15495" y="28140"/>
                              </a:lnTo>
                              <a:lnTo>
                                <a:pt x="15495" y="21563"/>
                              </a:lnTo>
                              <a:cubicBezTo>
                                <a:pt x="15495" y="11240"/>
                                <a:pt x="19483" y="6244"/>
                                <a:pt x="29609" y="6244"/>
                              </a:cubicBezTo>
                              <a:lnTo>
                                <a:pt x="37893" y="6244"/>
                              </a:lnTo>
                              <a:lnTo>
                                <a:pt x="37893" y="14903"/>
                              </a:lnTo>
                              <a:lnTo>
                                <a:pt x="30146" y="14903"/>
                              </a:lnTo>
                              <a:cubicBezTo>
                                <a:pt x="25773" y="14903"/>
                                <a:pt x="24163" y="16901"/>
                                <a:pt x="24163" y="21313"/>
                              </a:cubicBezTo>
                              <a:lnTo>
                                <a:pt x="24163" y="28140"/>
                              </a:lnTo>
                              <a:lnTo>
                                <a:pt x="45257" y="28140"/>
                              </a:lnTo>
                              <a:lnTo>
                                <a:pt x="45257" y="11656"/>
                              </a:lnTo>
                              <a:lnTo>
                                <a:pt x="53925" y="11656"/>
                              </a:lnTo>
                              <a:lnTo>
                                <a:pt x="53925" y="28140"/>
                              </a:lnTo>
                              <a:lnTo>
                                <a:pt x="67655" y="28140"/>
                              </a:lnTo>
                              <a:lnTo>
                                <a:pt x="67655" y="36799"/>
                              </a:lnTo>
                              <a:lnTo>
                                <a:pt x="53925" y="36799"/>
                              </a:lnTo>
                              <a:lnTo>
                                <a:pt x="53925" y="71433"/>
                              </a:lnTo>
                              <a:cubicBezTo>
                                <a:pt x="53925" y="76429"/>
                                <a:pt x="55536" y="78260"/>
                                <a:pt x="59908" y="78260"/>
                              </a:cubicBezTo>
                              <a:lnTo>
                                <a:pt x="69343" y="78260"/>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Freihandform: Form 33"/>
                      <wps:cNvSpPr/>
                      <wps:spPr>
                        <a:xfrm>
                          <a:off x="6783948" y="608328"/>
                          <a:ext cx="53695" cy="66604"/>
                        </a:xfrm>
                        <a:custGeom>
                          <a:avLst/>
                          <a:gdLst>
                            <a:gd name="connsiteX0" fmla="*/ 14728 w 53694"/>
                            <a:gd name="connsiteY0" fmla="*/ 46374 h 66604"/>
                            <a:gd name="connsiteX1" fmla="*/ 29686 w 53694"/>
                            <a:gd name="connsiteY1" fmla="*/ 58363 h 66604"/>
                            <a:gd name="connsiteX2" fmla="*/ 42726 w 53694"/>
                            <a:gd name="connsiteY2" fmla="*/ 49371 h 66604"/>
                            <a:gd name="connsiteX3" fmla="*/ 28688 w 53694"/>
                            <a:gd name="connsiteY3" fmla="*/ 40380 h 66604"/>
                            <a:gd name="connsiteX4" fmla="*/ 6904 w 53694"/>
                            <a:gd name="connsiteY4" fmla="*/ 23895 h 66604"/>
                            <a:gd name="connsiteX5" fmla="*/ 28151 w 53694"/>
                            <a:gd name="connsiteY5" fmla="*/ 6245 h 66604"/>
                            <a:gd name="connsiteX6" fmla="*/ 50243 w 53694"/>
                            <a:gd name="connsiteY6" fmla="*/ 24811 h 66604"/>
                            <a:gd name="connsiteX7" fmla="*/ 41345 w 53694"/>
                            <a:gd name="connsiteY7" fmla="*/ 24811 h 66604"/>
                            <a:gd name="connsiteX8" fmla="*/ 28151 w 53694"/>
                            <a:gd name="connsiteY8" fmla="*/ 14321 h 66604"/>
                            <a:gd name="connsiteX9" fmla="*/ 15495 w 53694"/>
                            <a:gd name="connsiteY9" fmla="*/ 23229 h 66604"/>
                            <a:gd name="connsiteX10" fmla="*/ 29072 w 53694"/>
                            <a:gd name="connsiteY10" fmla="*/ 31555 h 66604"/>
                            <a:gd name="connsiteX11" fmla="*/ 51240 w 53694"/>
                            <a:gd name="connsiteY11" fmla="*/ 48705 h 66604"/>
                            <a:gd name="connsiteX12" fmla="*/ 29609 w 53694"/>
                            <a:gd name="connsiteY12" fmla="*/ 66439 h 66604"/>
                            <a:gd name="connsiteX13" fmla="*/ 5753 w 53694"/>
                            <a:gd name="connsiteY13" fmla="*/ 46374 h 66604"/>
                            <a:gd name="connsiteX14" fmla="*/ 14651 w 53694"/>
                            <a:gd name="connsiteY14" fmla="*/ 46374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53694" h="66604">
                              <a:moveTo>
                                <a:pt x="14728" y="46374"/>
                              </a:moveTo>
                              <a:cubicBezTo>
                                <a:pt x="15035" y="53284"/>
                                <a:pt x="20634" y="58363"/>
                                <a:pt x="29686" y="58363"/>
                              </a:cubicBezTo>
                              <a:cubicBezTo>
                                <a:pt x="37356" y="58363"/>
                                <a:pt x="42726" y="54783"/>
                                <a:pt x="42726" y="49371"/>
                              </a:cubicBezTo>
                              <a:cubicBezTo>
                                <a:pt x="42726" y="41962"/>
                                <a:pt x="36743" y="41379"/>
                                <a:pt x="28688" y="40380"/>
                              </a:cubicBezTo>
                              <a:cubicBezTo>
                                <a:pt x="16569" y="38798"/>
                                <a:pt x="6904" y="36134"/>
                                <a:pt x="6904" y="23895"/>
                              </a:cubicBezTo>
                              <a:cubicBezTo>
                                <a:pt x="6904" y="13155"/>
                                <a:pt x="15955" y="6162"/>
                                <a:pt x="28151" y="6245"/>
                              </a:cubicBezTo>
                              <a:cubicBezTo>
                                <a:pt x="40501" y="6328"/>
                                <a:pt x="49399" y="12572"/>
                                <a:pt x="50243" y="24811"/>
                              </a:cubicBezTo>
                              <a:lnTo>
                                <a:pt x="41345" y="24811"/>
                              </a:lnTo>
                              <a:cubicBezTo>
                                <a:pt x="40731" y="18816"/>
                                <a:pt x="35592" y="14321"/>
                                <a:pt x="28151" y="14321"/>
                              </a:cubicBezTo>
                              <a:cubicBezTo>
                                <a:pt x="20711" y="14321"/>
                                <a:pt x="15495" y="17734"/>
                                <a:pt x="15495" y="23229"/>
                              </a:cubicBezTo>
                              <a:cubicBezTo>
                                <a:pt x="15495" y="29640"/>
                                <a:pt x="21248" y="30472"/>
                                <a:pt x="29072" y="31555"/>
                              </a:cubicBezTo>
                              <a:cubicBezTo>
                                <a:pt x="41422" y="33136"/>
                                <a:pt x="51240" y="35717"/>
                                <a:pt x="51240" y="48705"/>
                              </a:cubicBezTo>
                              <a:cubicBezTo>
                                <a:pt x="51240" y="59612"/>
                                <a:pt x="41575" y="66439"/>
                                <a:pt x="29609" y="66439"/>
                              </a:cubicBezTo>
                              <a:cubicBezTo>
                                <a:pt x="15571" y="66439"/>
                                <a:pt x="5906" y="59279"/>
                                <a:pt x="5753" y="46374"/>
                              </a:cubicBezTo>
                              <a:lnTo>
                                <a:pt x="14651" y="46374"/>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Freihandform: Form 34"/>
                      <wps:cNvSpPr/>
                      <wps:spPr>
                        <a:xfrm>
                          <a:off x="6833423" y="587099"/>
                          <a:ext cx="38353" cy="91581"/>
                        </a:xfrm>
                        <a:custGeom>
                          <a:avLst/>
                          <a:gdLst>
                            <a:gd name="connsiteX0" fmla="*/ 5753 w 38353"/>
                            <a:gd name="connsiteY0" fmla="*/ 28140 h 91581"/>
                            <a:gd name="connsiteX1" fmla="*/ 15495 w 38353"/>
                            <a:gd name="connsiteY1" fmla="*/ 28140 h 91581"/>
                            <a:gd name="connsiteX2" fmla="*/ 15495 w 38353"/>
                            <a:gd name="connsiteY2" fmla="*/ 21563 h 91581"/>
                            <a:gd name="connsiteX3" fmla="*/ 29609 w 38353"/>
                            <a:gd name="connsiteY3" fmla="*/ 6244 h 91581"/>
                            <a:gd name="connsiteX4" fmla="*/ 39504 w 38353"/>
                            <a:gd name="connsiteY4" fmla="*/ 6244 h 91581"/>
                            <a:gd name="connsiteX5" fmla="*/ 39504 w 38353"/>
                            <a:gd name="connsiteY5" fmla="*/ 14903 h 91581"/>
                            <a:gd name="connsiteX6" fmla="*/ 30146 w 38353"/>
                            <a:gd name="connsiteY6" fmla="*/ 14903 h 91581"/>
                            <a:gd name="connsiteX7" fmla="*/ 24239 w 38353"/>
                            <a:gd name="connsiteY7" fmla="*/ 21313 h 91581"/>
                            <a:gd name="connsiteX8" fmla="*/ 24239 w 38353"/>
                            <a:gd name="connsiteY8" fmla="*/ 28140 h 91581"/>
                            <a:gd name="connsiteX9" fmla="*/ 39504 w 38353"/>
                            <a:gd name="connsiteY9" fmla="*/ 28140 h 91581"/>
                            <a:gd name="connsiteX10" fmla="*/ 39504 w 38353"/>
                            <a:gd name="connsiteY10" fmla="*/ 36799 h 91581"/>
                            <a:gd name="connsiteX11" fmla="*/ 24239 w 38353"/>
                            <a:gd name="connsiteY11" fmla="*/ 36799 h 91581"/>
                            <a:gd name="connsiteX12" fmla="*/ 24239 w 38353"/>
                            <a:gd name="connsiteY12" fmla="*/ 86919 h 91581"/>
                            <a:gd name="connsiteX13" fmla="*/ 15572 w 38353"/>
                            <a:gd name="connsiteY13" fmla="*/ 86919 h 91581"/>
                            <a:gd name="connsiteX14" fmla="*/ 15572 w 38353"/>
                            <a:gd name="connsiteY14" fmla="*/ 36799 h 91581"/>
                            <a:gd name="connsiteX15" fmla="*/ 5830 w 38353"/>
                            <a:gd name="connsiteY15" fmla="*/ 36799 h 91581"/>
                            <a:gd name="connsiteX16" fmla="*/ 5830 w 38353"/>
                            <a:gd name="connsiteY16" fmla="*/ 28140 h 915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38353" h="91581">
                              <a:moveTo>
                                <a:pt x="5753" y="28140"/>
                              </a:moveTo>
                              <a:lnTo>
                                <a:pt x="15495" y="28140"/>
                              </a:lnTo>
                              <a:lnTo>
                                <a:pt x="15495" y="21563"/>
                              </a:lnTo>
                              <a:cubicBezTo>
                                <a:pt x="15495" y="11240"/>
                                <a:pt x="19560" y="6244"/>
                                <a:pt x="29609" y="6244"/>
                              </a:cubicBezTo>
                              <a:lnTo>
                                <a:pt x="39504" y="6244"/>
                              </a:lnTo>
                              <a:lnTo>
                                <a:pt x="39504" y="14903"/>
                              </a:lnTo>
                              <a:lnTo>
                                <a:pt x="30146" y="14903"/>
                              </a:lnTo>
                              <a:cubicBezTo>
                                <a:pt x="25773" y="14903"/>
                                <a:pt x="24239" y="16818"/>
                                <a:pt x="24239" y="21313"/>
                              </a:cubicBezTo>
                              <a:lnTo>
                                <a:pt x="24239" y="28140"/>
                              </a:lnTo>
                              <a:lnTo>
                                <a:pt x="39504" y="28140"/>
                              </a:lnTo>
                              <a:lnTo>
                                <a:pt x="39504" y="36799"/>
                              </a:lnTo>
                              <a:lnTo>
                                <a:pt x="24239" y="36799"/>
                              </a:lnTo>
                              <a:lnTo>
                                <a:pt x="24239" y="86919"/>
                              </a:lnTo>
                              <a:lnTo>
                                <a:pt x="15572" y="86919"/>
                              </a:lnTo>
                              <a:lnTo>
                                <a:pt x="15572" y="36799"/>
                              </a:lnTo>
                              <a:lnTo>
                                <a:pt x="5830" y="36799"/>
                              </a:lnTo>
                              <a:lnTo>
                                <a:pt x="5830" y="28140"/>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Freihandform: Form 35"/>
                      <wps:cNvSpPr/>
                      <wps:spPr>
                        <a:xfrm>
                          <a:off x="6871547" y="608329"/>
                          <a:ext cx="61365" cy="66604"/>
                        </a:xfrm>
                        <a:custGeom>
                          <a:avLst/>
                          <a:gdLst>
                            <a:gd name="connsiteX0" fmla="*/ 50550 w 61365"/>
                            <a:gd name="connsiteY0" fmla="*/ 36299 h 66604"/>
                            <a:gd name="connsiteX1" fmla="*/ 32600 w 61365"/>
                            <a:gd name="connsiteY1" fmla="*/ 14653 h 66604"/>
                            <a:gd name="connsiteX2" fmla="*/ 14651 w 61365"/>
                            <a:gd name="connsiteY2" fmla="*/ 36299 h 66604"/>
                            <a:gd name="connsiteX3" fmla="*/ 32600 w 61365"/>
                            <a:gd name="connsiteY3" fmla="*/ 57946 h 66604"/>
                            <a:gd name="connsiteX4" fmla="*/ 50550 w 61365"/>
                            <a:gd name="connsiteY4" fmla="*/ 36299 h 66604"/>
                            <a:gd name="connsiteX5" fmla="*/ 5753 w 61365"/>
                            <a:gd name="connsiteY5" fmla="*/ 36299 h 66604"/>
                            <a:gd name="connsiteX6" fmla="*/ 32600 w 61365"/>
                            <a:gd name="connsiteY6" fmla="*/ 6244 h 66604"/>
                            <a:gd name="connsiteX7" fmla="*/ 59448 w 61365"/>
                            <a:gd name="connsiteY7" fmla="*/ 36299 h 66604"/>
                            <a:gd name="connsiteX8" fmla="*/ 32600 w 61365"/>
                            <a:gd name="connsiteY8" fmla="*/ 66355 h 66604"/>
                            <a:gd name="connsiteX9" fmla="*/ 5753 w 61365"/>
                            <a:gd name="connsiteY9" fmla="*/ 36299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61365" h="66604">
                              <a:moveTo>
                                <a:pt x="50550" y="36299"/>
                              </a:moveTo>
                              <a:cubicBezTo>
                                <a:pt x="50550" y="23728"/>
                                <a:pt x="43339" y="14653"/>
                                <a:pt x="32600" y="14653"/>
                              </a:cubicBezTo>
                              <a:cubicBezTo>
                                <a:pt x="21861" y="14653"/>
                                <a:pt x="14651" y="23728"/>
                                <a:pt x="14651" y="36299"/>
                              </a:cubicBezTo>
                              <a:cubicBezTo>
                                <a:pt x="14651" y="48871"/>
                                <a:pt x="21861" y="57946"/>
                                <a:pt x="32600" y="57946"/>
                              </a:cubicBezTo>
                              <a:cubicBezTo>
                                <a:pt x="43339" y="57946"/>
                                <a:pt x="50550" y="48871"/>
                                <a:pt x="50550" y="36299"/>
                              </a:cubicBezTo>
                              <a:moveTo>
                                <a:pt x="5753" y="36299"/>
                              </a:moveTo>
                              <a:cubicBezTo>
                                <a:pt x="5753" y="18483"/>
                                <a:pt x="16799" y="6244"/>
                                <a:pt x="32600" y="6244"/>
                              </a:cubicBezTo>
                              <a:cubicBezTo>
                                <a:pt x="48402" y="6244"/>
                                <a:pt x="59448" y="18483"/>
                                <a:pt x="59448" y="36299"/>
                              </a:cubicBezTo>
                              <a:cubicBezTo>
                                <a:pt x="59448" y="54116"/>
                                <a:pt x="48402" y="66355"/>
                                <a:pt x="32600" y="66355"/>
                              </a:cubicBezTo>
                              <a:cubicBezTo>
                                <a:pt x="16799" y="66355"/>
                                <a:pt x="5753" y="54116"/>
                                <a:pt x="5753" y="36299"/>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Freihandform: Form 36"/>
                      <wps:cNvSpPr/>
                      <wps:spPr>
                        <a:xfrm>
                          <a:off x="6935213" y="608246"/>
                          <a:ext cx="53695" cy="66604"/>
                        </a:xfrm>
                        <a:custGeom>
                          <a:avLst/>
                          <a:gdLst>
                            <a:gd name="connsiteX0" fmla="*/ 54155 w 53694"/>
                            <a:gd name="connsiteY0" fmla="*/ 33052 h 66604"/>
                            <a:gd name="connsiteX1" fmla="*/ 54155 w 53694"/>
                            <a:gd name="connsiteY1" fmla="*/ 65772 h 66604"/>
                            <a:gd name="connsiteX2" fmla="*/ 45410 w 53694"/>
                            <a:gd name="connsiteY2" fmla="*/ 65772 h 66604"/>
                            <a:gd name="connsiteX3" fmla="*/ 45410 w 53694"/>
                            <a:gd name="connsiteY3" fmla="*/ 33635 h 66604"/>
                            <a:gd name="connsiteX4" fmla="*/ 30760 w 53694"/>
                            <a:gd name="connsiteY4" fmla="*/ 14986 h 66604"/>
                            <a:gd name="connsiteX5" fmla="*/ 14421 w 53694"/>
                            <a:gd name="connsiteY5" fmla="*/ 36383 h 66604"/>
                            <a:gd name="connsiteX6" fmla="*/ 14421 w 53694"/>
                            <a:gd name="connsiteY6" fmla="*/ 65772 h 66604"/>
                            <a:gd name="connsiteX7" fmla="*/ 5753 w 53694"/>
                            <a:gd name="connsiteY7" fmla="*/ 65772 h 66604"/>
                            <a:gd name="connsiteX8" fmla="*/ 5753 w 53694"/>
                            <a:gd name="connsiteY8" fmla="*/ 6993 h 66604"/>
                            <a:gd name="connsiteX9" fmla="*/ 13270 w 53694"/>
                            <a:gd name="connsiteY9" fmla="*/ 6993 h 66604"/>
                            <a:gd name="connsiteX10" fmla="*/ 14421 w 53694"/>
                            <a:gd name="connsiteY10" fmla="*/ 14903 h 66604"/>
                            <a:gd name="connsiteX11" fmla="*/ 32217 w 53694"/>
                            <a:gd name="connsiteY11" fmla="*/ 6244 h 66604"/>
                            <a:gd name="connsiteX12" fmla="*/ 54078 w 53694"/>
                            <a:gd name="connsiteY12" fmla="*/ 32969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53694" h="66604">
                              <a:moveTo>
                                <a:pt x="54155" y="33052"/>
                              </a:moveTo>
                              <a:lnTo>
                                <a:pt x="54155" y="65772"/>
                              </a:lnTo>
                              <a:lnTo>
                                <a:pt x="45410" y="65772"/>
                              </a:lnTo>
                              <a:lnTo>
                                <a:pt x="45410" y="33635"/>
                              </a:lnTo>
                              <a:cubicBezTo>
                                <a:pt x="45410" y="21397"/>
                                <a:pt x="40194" y="14986"/>
                                <a:pt x="30760" y="14986"/>
                              </a:cubicBezTo>
                              <a:cubicBezTo>
                                <a:pt x="20557" y="14986"/>
                                <a:pt x="14421" y="23145"/>
                                <a:pt x="14421" y="36383"/>
                              </a:cubicBezTo>
                              <a:lnTo>
                                <a:pt x="14421" y="65772"/>
                              </a:lnTo>
                              <a:lnTo>
                                <a:pt x="5753" y="65772"/>
                              </a:lnTo>
                              <a:lnTo>
                                <a:pt x="5753" y="6993"/>
                              </a:lnTo>
                              <a:lnTo>
                                <a:pt x="13270" y="6993"/>
                              </a:lnTo>
                              <a:lnTo>
                                <a:pt x="14421" y="14903"/>
                              </a:lnTo>
                              <a:cubicBezTo>
                                <a:pt x="17643" y="10407"/>
                                <a:pt x="23089" y="6244"/>
                                <a:pt x="32217" y="6244"/>
                              </a:cubicBezTo>
                              <a:cubicBezTo>
                                <a:pt x="44413" y="6244"/>
                                <a:pt x="54078" y="13487"/>
                                <a:pt x="54078" y="32969"/>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Freihandform: Form 37"/>
                      <wps:cNvSpPr/>
                      <wps:spPr>
                        <a:xfrm>
                          <a:off x="6992820" y="587182"/>
                          <a:ext cx="61365" cy="91581"/>
                        </a:xfrm>
                        <a:custGeom>
                          <a:avLst/>
                          <a:gdLst>
                            <a:gd name="connsiteX0" fmla="*/ 50396 w 61365"/>
                            <a:gd name="connsiteY0" fmla="*/ 57696 h 91581"/>
                            <a:gd name="connsiteX1" fmla="*/ 32600 w 61365"/>
                            <a:gd name="connsiteY1" fmla="*/ 35800 h 91581"/>
                            <a:gd name="connsiteX2" fmla="*/ 14651 w 61365"/>
                            <a:gd name="connsiteY2" fmla="*/ 57446 h 91581"/>
                            <a:gd name="connsiteX3" fmla="*/ 32600 w 61365"/>
                            <a:gd name="connsiteY3" fmla="*/ 79093 h 91581"/>
                            <a:gd name="connsiteX4" fmla="*/ 50396 w 61365"/>
                            <a:gd name="connsiteY4" fmla="*/ 57696 h 91581"/>
                            <a:gd name="connsiteX5" fmla="*/ 50320 w 61365"/>
                            <a:gd name="connsiteY5" fmla="*/ 6244 h 91581"/>
                            <a:gd name="connsiteX6" fmla="*/ 58987 w 61365"/>
                            <a:gd name="connsiteY6" fmla="*/ 6244 h 91581"/>
                            <a:gd name="connsiteX7" fmla="*/ 58987 w 61365"/>
                            <a:gd name="connsiteY7" fmla="*/ 86919 h 91581"/>
                            <a:gd name="connsiteX8" fmla="*/ 51470 w 61365"/>
                            <a:gd name="connsiteY8" fmla="*/ 86919 h 91581"/>
                            <a:gd name="connsiteX9" fmla="*/ 50320 w 61365"/>
                            <a:gd name="connsiteY9" fmla="*/ 77428 h 91581"/>
                            <a:gd name="connsiteX10" fmla="*/ 31757 w 61365"/>
                            <a:gd name="connsiteY10" fmla="*/ 87585 h 91581"/>
                            <a:gd name="connsiteX11" fmla="*/ 5753 w 61365"/>
                            <a:gd name="connsiteY11" fmla="*/ 57530 h 91581"/>
                            <a:gd name="connsiteX12" fmla="*/ 31757 w 61365"/>
                            <a:gd name="connsiteY12" fmla="*/ 27474 h 91581"/>
                            <a:gd name="connsiteX13" fmla="*/ 50320 w 61365"/>
                            <a:gd name="connsiteY13" fmla="*/ 37132 h 91581"/>
                            <a:gd name="connsiteX14" fmla="*/ 50320 w 61365"/>
                            <a:gd name="connsiteY14" fmla="*/ 6244 h 915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61365" h="91581">
                              <a:moveTo>
                                <a:pt x="50396" y="57696"/>
                              </a:moveTo>
                              <a:cubicBezTo>
                                <a:pt x="50396" y="44791"/>
                                <a:pt x="43186" y="35800"/>
                                <a:pt x="32600" y="35800"/>
                              </a:cubicBezTo>
                              <a:cubicBezTo>
                                <a:pt x="22015" y="35800"/>
                                <a:pt x="14651" y="44625"/>
                                <a:pt x="14651" y="57446"/>
                              </a:cubicBezTo>
                              <a:cubicBezTo>
                                <a:pt x="14651" y="70268"/>
                                <a:pt x="21861" y="79093"/>
                                <a:pt x="32600" y="79093"/>
                              </a:cubicBezTo>
                              <a:cubicBezTo>
                                <a:pt x="43339" y="79093"/>
                                <a:pt x="50396" y="70184"/>
                                <a:pt x="50396" y="57696"/>
                              </a:cubicBezTo>
                              <a:moveTo>
                                <a:pt x="50320" y="6244"/>
                              </a:moveTo>
                              <a:lnTo>
                                <a:pt x="58987" y="6244"/>
                              </a:lnTo>
                              <a:lnTo>
                                <a:pt x="58987" y="86919"/>
                              </a:lnTo>
                              <a:lnTo>
                                <a:pt x="51470" y="86919"/>
                              </a:lnTo>
                              <a:lnTo>
                                <a:pt x="50320" y="77428"/>
                              </a:lnTo>
                              <a:cubicBezTo>
                                <a:pt x="46714" y="82839"/>
                                <a:pt x="40885" y="87585"/>
                                <a:pt x="31757" y="87585"/>
                              </a:cubicBezTo>
                              <a:cubicBezTo>
                                <a:pt x="16799" y="87585"/>
                                <a:pt x="5753" y="76678"/>
                                <a:pt x="5753" y="57530"/>
                              </a:cubicBezTo>
                              <a:cubicBezTo>
                                <a:pt x="5753" y="39546"/>
                                <a:pt x="16799" y="27474"/>
                                <a:pt x="31757" y="27474"/>
                              </a:cubicBezTo>
                              <a:cubicBezTo>
                                <a:pt x="40885" y="27474"/>
                                <a:pt x="47021" y="31471"/>
                                <a:pt x="50320" y="37132"/>
                              </a:cubicBezTo>
                              <a:lnTo>
                                <a:pt x="50320" y="6244"/>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Freihandform: Form 38"/>
                      <wps:cNvSpPr/>
                      <wps:spPr>
                        <a:xfrm>
                          <a:off x="7055643" y="608328"/>
                          <a:ext cx="53695" cy="66604"/>
                        </a:xfrm>
                        <a:custGeom>
                          <a:avLst/>
                          <a:gdLst>
                            <a:gd name="connsiteX0" fmla="*/ 14728 w 53694"/>
                            <a:gd name="connsiteY0" fmla="*/ 46374 h 66604"/>
                            <a:gd name="connsiteX1" fmla="*/ 29686 w 53694"/>
                            <a:gd name="connsiteY1" fmla="*/ 58363 h 66604"/>
                            <a:gd name="connsiteX2" fmla="*/ 42726 w 53694"/>
                            <a:gd name="connsiteY2" fmla="*/ 49371 h 66604"/>
                            <a:gd name="connsiteX3" fmla="*/ 28688 w 53694"/>
                            <a:gd name="connsiteY3" fmla="*/ 40380 h 66604"/>
                            <a:gd name="connsiteX4" fmla="*/ 6904 w 53694"/>
                            <a:gd name="connsiteY4" fmla="*/ 23895 h 66604"/>
                            <a:gd name="connsiteX5" fmla="*/ 28152 w 53694"/>
                            <a:gd name="connsiteY5" fmla="*/ 6245 h 66604"/>
                            <a:gd name="connsiteX6" fmla="*/ 50243 w 53694"/>
                            <a:gd name="connsiteY6" fmla="*/ 24811 h 66604"/>
                            <a:gd name="connsiteX7" fmla="*/ 41345 w 53694"/>
                            <a:gd name="connsiteY7" fmla="*/ 24811 h 66604"/>
                            <a:gd name="connsiteX8" fmla="*/ 28152 w 53694"/>
                            <a:gd name="connsiteY8" fmla="*/ 14321 h 66604"/>
                            <a:gd name="connsiteX9" fmla="*/ 15495 w 53694"/>
                            <a:gd name="connsiteY9" fmla="*/ 23229 h 66604"/>
                            <a:gd name="connsiteX10" fmla="*/ 29072 w 53694"/>
                            <a:gd name="connsiteY10" fmla="*/ 31555 h 66604"/>
                            <a:gd name="connsiteX11" fmla="*/ 51240 w 53694"/>
                            <a:gd name="connsiteY11" fmla="*/ 48705 h 66604"/>
                            <a:gd name="connsiteX12" fmla="*/ 29609 w 53694"/>
                            <a:gd name="connsiteY12" fmla="*/ 66439 h 66604"/>
                            <a:gd name="connsiteX13" fmla="*/ 5753 w 53694"/>
                            <a:gd name="connsiteY13" fmla="*/ 46374 h 66604"/>
                            <a:gd name="connsiteX14" fmla="*/ 14651 w 53694"/>
                            <a:gd name="connsiteY14" fmla="*/ 46374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53694" h="66604">
                              <a:moveTo>
                                <a:pt x="14728" y="46374"/>
                              </a:moveTo>
                              <a:cubicBezTo>
                                <a:pt x="15035" y="53284"/>
                                <a:pt x="20634" y="58363"/>
                                <a:pt x="29686" y="58363"/>
                              </a:cubicBezTo>
                              <a:cubicBezTo>
                                <a:pt x="37356" y="58363"/>
                                <a:pt x="42726" y="54783"/>
                                <a:pt x="42726" y="49371"/>
                              </a:cubicBezTo>
                              <a:cubicBezTo>
                                <a:pt x="42726" y="41962"/>
                                <a:pt x="36819" y="41379"/>
                                <a:pt x="28688" y="40380"/>
                              </a:cubicBezTo>
                              <a:cubicBezTo>
                                <a:pt x="16569" y="38798"/>
                                <a:pt x="6904" y="36134"/>
                                <a:pt x="6904" y="23895"/>
                              </a:cubicBezTo>
                              <a:cubicBezTo>
                                <a:pt x="6904" y="13155"/>
                                <a:pt x="15955" y="6162"/>
                                <a:pt x="28152" y="6245"/>
                              </a:cubicBezTo>
                              <a:cubicBezTo>
                                <a:pt x="40501" y="6328"/>
                                <a:pt x="49399" y="12572"/>
                                <a:pt x="50243" y="24811"/>
                              </a:cubicBezTo>
                              <a:lnTo>
                                <a:pt x="41345" y="24811"/>
                              </a:lnTo>
                              <a:cubicBezTo>
                                <a:pt x="40731" y="18816"/>
                                <a:pt x="35592" y="14321"/>
                                <a:pt x="28152" y="14321"/>
                              </a:cubicBezTo>
                              <a:cubicBezTo>
                                <a:pt x="20711" y="14321"/>
                                <a:pt x="15495" y="17734"/>
                                <a:pt x="15495" y="23229"/>
                              </a:cubicBezTo>
                              <a:cubicBezTo>
                                <a:pt x="15495" y="29640"/>
                                <a:pt x="21248" y="30472"/>
                                <a:pt x="29072" y="31555"/>
                              </a:cubicBezTo>
                              <a:cubicBezTo>
                                <a:pt x="41422" y="33136"/>
                                <a:pt x="51240" y="35717"/>
                                <a:pt x="51240" y="48705"/>
                              </a:cubicBezTo>
                              <a:cubicBezTo>
                                <a:pt x="51240" y="59612"/>
                                <a:pt x="41575" y="66439"/>
                                <a:pt x="29609" y="66439"/>
                              </a:cubicBezTo>
                              <a:cubicBezTo>
                                <a:pt x="15571" y="66439"/>
                                <a:pt x="5906" y="59279"/>
                                <a:pt x="5753" y="46374"/>
                              </a:cubicBezTo>
                              <a:lnTo>
                                <a:pt x="14651" y="46374"/>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C83BB8E" id="Grafik 2" o:spid="_x0000_s1026" alt="Logo FWF Österreichischer Wissenschaftsfonds" style="position:absolute;margin-left:347pt;margin-top:-10.5pt;width:142.95pt;height:19.5pt;z-index:251659264;mso-width-relative:margin;mso-height-relative:margin" coordorigin="54704,4532" coordsize="16338,2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">
              <v:shape id="Freihandform: Form 3" o:spid="_x0000_s1027" style="position:absolute;left:54647;top:4471;width:1611;height:2331;visibility:visible;mso-wrap-style:square;v-text-anchor:middle" coordsize="161084,233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" path="m49322,6244l5753,53533r,173338l34825,226871r77,-96909l145590,129962r,-26892l34902,103070r-77,-69768l160087,33302r,-27058l49322,6244xe" fillcolor="#292c6e" stroked="f">
                <v:stroke joinstyle="miter"/>
                <v:path arrowok="t" o:connecttype="custom" o:connectlocs="49322,6244;5753,53533;5753,226872;34825,226872;34902,129963;145590,129963;145590,103070;34902,103070;34825,33302;160087,33302;160087,6244;49322,6244" o:connectangles="0,0,0,0,0,0,0,0,0,0,0,0"/>
              </v:shape>
              <v:shape id="Freihandform: Form 4" o:spid="_x0000_s1028" style="position:absolute;left:59116;top:4471;width:1611;height:2331;visibility:visible;mso-wrap-style:square;v-text-anchor:middle" coordsize="161084,233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" path="m49322,6244l5753,53533r,173338l34825,226871r153,-96909l145666,129962r,-26892l34978,103070,34825,33302r125339,l160164,6244r-110842,xe" fillcolor="#292c6e" stroked="f">
                <v:stroke joinstyle="miter"/>
                <v:path arrowok="t" o:connecttype="custom" o:connectlocs="49322,6244;5753,53533;5753,226872;34825,226872;34978,129963;145666,129963;145666,103070;34978,103070;34825,33302;160164,33302;160164,6244;49322,6244" o:connectangles="0,0,0,0,0,0,0,0,0,0,0,0"/>
              </v:shape>
              <v:shape id="Freihandform: Form 5" o:spid="_x0000_s1029" style="position:absolute;left:56336;top:4471;width:2685;height:2331;visibility:visible;mso-wrap-style:square;v-text-anchor:middle" coordsize="268473,233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" path="m195065,203060l153337,6244r-33291,l78318,203144,36589,6244r-30836,l57377,226871r40424,c103247,200063,129098,90665,136692,47123v4525,24310,38353,177167,38890,179748l216083,226871,267630,6244r-30836,l195065,203144r,-84xe" fillcolor="#292c6e" stroked="f">
                <v:stroke joinstyle="miter"/>
                <v:path arrowok="t" o:connecttype="custom" o:connectlocs="195066,203061;153338,6244;120046,6244;78318,203145;36589,6244;5753,6244;57377,226872;97801,226872;136693,47123;175583,226872;216084,226872;267631,6244;236795,6244;195066,203145" o:connectangles="0,0,0,0,0,0,0,0,0,0,0,0,0,0"/>
              </v:shape>
              <v:shape id="Freihandform: Form 6" o:spid="_x0000_s1030" style="position:absolute;left:61432;top:4469;width:767;height:1083;visibility:visible;mso-wrap-style:square;v-text-anchor:middle" coordsize="76706,108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" path="m50857,6244v3221,,5523,2581,5523,5995c56380,15652,54078,18066,50857,18066v-3222,,-5600,-2497,-5600,-5827c45257,8908,47788,6244,50857,6244t-19330,c34825,6244,37126,8825,37126,12239v,3413,-2301,5827,-5599,5827c28228,18066,26004,15569,26004,12239v,-3331,2378,-5995,5523,-5995m41192,99407v15494,,26003,-13237,26003,-31803c67195,49038,56686,35800,41192,35800v-15495,,-26004,13238,-26004,31804c15188,86170,25697,99407,41192,99407t,9242c20251,108649,5753,91415,5753,67687v,-23728,14498,-41045,35439,-41045c62133,26642,76630,43959,76630,67687v,23728,-14497,40962,-35438,40962e" fillcolor="#292c6e" stroked="f">
                <v:stroke joinstyle="miter"/>
                <v:path arrowok="t" o:connecttype="custom" o:connectlocs="50858,6244;56381,12239;50858,18066;45258,12239;50858,6244;31527,6244;37126,12239;31527,18066;26004,12239;31527,6244;41193,99407;67196,67604;41193,35800;15188,67604;41193,99407;41193,108649;5753,67687;41193,26642;76631,67687;41193,108649" o:connectangles="0,0,0,0,0,0,0,0,0,0,0,0,0,0,0,0,0,0,0,0"/>
              </v:shape>
              <v:shape id="Freihandform: Form 7" o:spid="_x0000_s1031" style="position:absolute;left:62225;top:4891;width:537;height:666;visibility:visible;mso-wrap-style:square;v-text-anchor:middle" coordsize="53694,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" path="m14728,46374v307,6910,5906,11989,14958,11989c37356,58363,42726,54783,42726,49371v,-7409,-5907,-7909,-14038,-8991c16569,38798,6904,36134,6904,23895,6904,13155,15955,6162,28151,6245v12350,83,21248,6327,22092,18566l41345,24811c40731,18816,35592,14321,28151,14321v-7440,,-12656,3413,-12656,8908c15495,29640,21248,30472,29072,31555v12350,1581,22168,4162,22168,17150c51240,59612,41575,66439,29609,66439,15571,66439,5906,59279,5753,46374r8898,l14728,46374xe" fillcolor="#292c6e" stroked="f">
                <v:stroke joinstyle="miter"/>
                <v:path arrowok="t" o:connecttype="custom" o:connectlocs="14728,46374;29687,58363;42727,49371;28689,40380;6904,23895;28152,6245;50244,24811;41346,24811;28152,14321;15495,23229;29073,31555;51241,48705;29610,66439;5753,46374;14651,46374" o:connectangles="0,0,0,0,0,0,0,0,0,0,0,0,0,0,0"/>
              </v:shape>
              <v:shape id="Freihandform: Form 8" o:spid="_x0000_s1032" style="position:absolute;left:62726;top:4734;width:384;height:833;visibility:visible;mso-wrap-style:square;v-text-anchor:middle" coordsize="38353,83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" path="m15495,31387r-9742,l5753,22729r9742,l15495,6244r8668,l24163,22729r14037,l38200,31387r-14037,l24163,66105v,4912,1610,6827,6290,6827l39044,72932r,8658l29609,81590v-10432,,-14114,-4995,-14114,-15319l15495,31387xe" fillcolor="#292c6e" stroked="f">
                <v:stroke joinstyle="miter"/>
                <v:path arrowok="t" o:connecttype="custom" o:connectlocs="15495,31387;5753,31387;5753,22729;15495,22729;15495,6244;24163,6244;24163,22729;38200,22729;38200,31387;24163,31387;24163,66106;30453,72933;39044,72933;39044,81591;29609,81591;15495,66272;15495,31387" o:connectangles="0,0,0,0,0,0,0,0,0,0,0,0,0,0,0,0,0"/>
              </v:shape>
              <v:shape id="Freihandform: Form 9" o:spid="_x0000_s1033" style="position:absolute;left:63101;top:4892;width:613;height:666;visibility:visible;mso-wrap-style:square;v-text-anchor:middle" coordsize="61365,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" path="m47788,30305c46945,20148,40578,14486,31527,14486v-7978,,-15265,6245,-16109,15819l47788,30305xm5753,36299c5753,18483,16185,6244,31450,6244v15264,,25236,10490,25697,27891c57147,35384,57070,36799,56916,38131r-42035,l14881,38964v307,11156,6827,18982,17106,18982c39657,57946,45564,53533,47405,45957r8821,c54078,57696,45180,66355,32677,66355,16415,66355,5830,54283,5830,36299e" fillcolor="#292c6e" stroked="f">
                <v:stroke joinstyle="miter"/>
                <v:path arrowok="t" o:connecttype="custom" o:connectlocs="47788,30305;31527,14486;15418,30305;47788,30305;5753,36299;31450,6244;57147,34135;56916,38131;14881,38131;14881,38964;31987,57946;47405,45957;56226,45957;32677,66355;5830,36299" o:connectangles="0,0,0,0,0,0,0,0,0,0,0,0,0,0,0"/>
              </v:shape>
              <v:shape id="Freihandform: Form 10" o:spid="_x0000_s1034" style="position:absolute;left:63719;top:4899;width:384;height:666;visibility:visible;mso-wrap-style:square;v-text-anchor:middle" coordsize="38353,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" path="m33214,6244r,9242l28842,15486v-11353,,-14421,10240,-14421,19565l14421,65023r-8668,l5753,6244r7517,l14421,15153c16952,10657,21094,6244,30759,6244r2455,xe" fillcolor="#292c6e" stroked="f">
                <v:stroke joinstyle="miter"/>
                <v:path arrowok="t" o:connecttype="custom" o:connectlocs="33214,6244;33214,15486;28842,15486;14421,35051;14421,65023;5753,65023;5753,6244;13270,6244;14421,15153;30759,6244;33214,6244" o:connectangles="0,0,0,0,0,0,0,0,0,0,0"/>
              </v:shape>
              <v:shape id="Freihandform: Form 11" o:spid="_x0000_s1035" style="position:absolute;left:64070;top:4899;width:384;height:666;visibility:visible;mso-wrap-style:square;v-text-anchor:middle" coordsize="38353,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" path="m33214,6244r,9242l28842,15486v-11353,,-14421,10240,-14421,19565l14421,65023r-8668,l5753,6244r7517,l14421,15153c16952,10657,21094,6244,30759,6244r2455,xe" fillcolor="#292c6e" stroked="f">
                <v:stroke joinstyle="miter"/>
                <v:path arrowok="t" o:connecttype="custom" o:connectlocs="33214,6244;33214,15486;28842,15486;14421,35051;14421,65023;5753,65023;5753,6244;13270,6244;14421,15153;30759,6244;33214,6244" o:connectangles="0,0,0,0,0,0,0,0,0,0,0"/>
              </v:shape>
              <v:shape id="Freihandform: Form 12" o:spid="_x0000_s1036" style="position:absolute;left:64388;top:4892;width:614;height:666;visibility:visible;mso-wrap-style:square;v-text-anchor:middle" coordsize="61365,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" path="m47788,30305c46945,20148,40578,14486,31527,14486v-7978,,-15265,6245,-16109,15819l47788,30305xm5753,36299c5753,18483,16185,6244,31450,6244v15264,,25236,10490,25697,27891c57147,35384,57070,36799,56916,38131r-42035,l14881,38964v307,11156,6827,18982,17106,18982c39657,57946,45564,53533,47405,45957r8821,c54078,57696,45180,66355,32677,66355,16415,66355,5830,54283,5830,36299e" fillcolor="#292c6e" stroked="f">
                <v:stroke joinstyle="miter"/>
                <v:path arrowok="t" o:connecttype="custom" o:connectlocs="47788,30305;31527,14486;15418,30305;47788,30305;5753,36299;31450,6244;57147,34135;56916,38131;14881,38131;14881,38964;31987,57946;47405,45957;56226,45957;32677,66355;5830,36299" o:connectangles="0,0,0,0,0,0,0,0,0,0,0,0,0,0,0"/>
              </v:shape>
              <v:shape id="Freihandform: Form 13" o:spid="_x0000_s1037" style="position:absolute;left:64992;top:4678;width:154;height:916;visibility:visible;mso-wrap-style:square;v-text-anchor:middle" coordsize="15341,91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" path="m6904,28307r8667,l15571,87085r-8667,l6904,28307xm5753,12322v,-3580,2455,-6078,5600,-6078c14498,6244,16952,8742,16952,12322v,3580,-2454,6077,-5599,6077c8208,18399,5753,15902,5753,12322e" fillcolor="#292c6e" stroked="f">
                <v:stroke joinstyle="miter"/>
                <v:path arrowok="t" o:connecttype="custom" o:connectlocs="6904,28307;15571,28307;15571,87085;6904,87085;6904,28307;5753,12322;11353,6244;16952,12322;11353,18399;5753,12322" o:connectangles="0,0,0,0,0,0,0,0,0,0"/>
              </v:shape>
              <v:shape id="Freihandform: Form 14" o:spid="_x0000_s1038" style="position:absolute;left:65189;top:4892;width:613;height:666;visibility:visible;mso-wrap-style:square;v-text-anchor:middle" coordsize="61365,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" path="m5906,36383c5906,18399,16645,6244,32294,6244v13270,,21631,8076,23855,20981l47021,27225c45411,19399,40118,14653,32140,14653v-10432,,-17412,8992,-17412,21730c14728,49121,21708,57946,32140,57946v7748,,13040,-4829,14728,-12322l56073,45624c53925,58279,45104,66355,31987,66355,16185,66355,5753,54699,5753,36383e" fillcolor="#292c6e" stroked="f">
                <v:stroke joinstyle="miter"/>
                <v:path arrowok="t" o:connecttype="custom" o:connectlocs="5906,36383;32294,6244;56149,27225;47021,27225;32140,14653;14728,36383;32140,57946;46868,45624;56073,45624;31987,66355;5753,36383" o:connectangles="0,0,0,0,0,0,0,0,0,0,0"/>
              </v:shape>
              <v:shape id="Freihandform: Form 15" o:spid="_x0000_s1039" style="position:absolute;left:65794;top:4680;width:537;height:916;visibility:visible;mso-wrap-style:square;v-text-anchor:middle" coordsize="53694,91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" path="m54308,54199r,32720l45564,86919r,-32137c45564,42544,40118,36133,30836,36133v-10049,,-16338,8159,-16338,21397l14498,86919r-8745,l5753,6244r8745,l14498,37798c17642,32303,23165,27391,32294,27391v12119,,21938,7243,21938,26725e" fillcolor="#292c6e" stroked="f">
                <v:stroke joinstyle="miter"/>
                <v:path arrowok="t" o:connecttype="custom" o:connectlocs="54309,54199;54309,86919;45565,86919;45565,54782;30837,36133;14498,57530;14498,86919;5753,86919;5753,6244;14498,6244;14498,37798;32295,27391;54233,54116" o:connectangles="0,0,0,0,0,0,0,0,0,0,0,0,0"/>
              </v:shape>
              <v:shape id="Freihandform: Form 16" o:spid="_x0000_s1040" style="position:absolute;left:66388;top:4678;width:153;height:916;visibility:visible;mso-wrap-style:square;v-text-anchor:middle" coordsize="15341,91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" path="m6904,28307r8667,l15571,87085r-8667,l6904,28307xm5753,12322v,-3580,2455,-6078,5600,-6078c14498,6244,16952,8742,16952,12322v,3580,-2454,6077,-5599,6077c8208,18399,5753,15902,5753,12322e" fillcolor="#292c6e" stroked="f">
                <v:stroke joinstyle="miter"/>
                <v:path arrowok="t" o:connecttype="custom" o:connectlocs="6904,28307;15571,28307;15571,87085;6904,87085;6904,28307;5753,12322;11353,6244;16952,12322;11353,18399;5753,12322" o:connectangles="0,0,0,0,0,0,0,0,0,0"/>
              </v:shape>
              <v:shape id="Freihandform: Form 17" o:spid="_x0000_s1041" style="position:absolute;left:66584;top:4891;width:537;height:666;visibility:visible;mso-wrap-style:square;v-text-anchor:middle" coordsize="53694,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" path="m14728,46374v307,6910,5906,11989,14958,11989c37356,58363,42726,54783,42726,49371v,-7409,-5907,-7909,-14038,-8991c16569,38798,6904,36134,6904,23895,6904,13155,15955,6162,28151,6245v12350,83,21248,6327,22092,18566l41345,24811c40731,18816,35592,14321,28151,14321v-7440,,-12656,3413,-12656,8908c15495,29640,21248,30472,29072,31555v12350,1581,22168,4162,22168,17150c51240,59612,41575,66439,29609,66439,15571,66439,5906,59279,5753,46374r8898,l14728,46374xe" fillcolor="#292c6e" stroked="f">
                <v:stroke joinstyle="miter"/>
                <v:path arrowok="t" o:connecttype="custom" o:connectlocs="14728,46374;29687,58363;42727,49371;28689,40380;6904,23895;28152,6245;50244,24811;41346,24811;28152,14321;15495,23229;29073,31555;51241,48705;29610,66439;5753,46374;14651,46374" o:connectangles="0,0,0,0,0,0,0,0,0,0,0,0,0,0,0"/>
              </v:shape>
              <v:shape id="Freihandform: Form 18" o:spid="_x0000_s1042" style="position:absolute;left:67115;top:4892;width:614;height:666;visibility:visible;mso-wrap-style:square;v-text-anchor:middle" coordsize="61365,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" path="m5906,36383c5906,18399,16645,6244,32294,6244v13270,,21631,8076,23855,20981l47021,27225c45411,19399,40118,14653,32140,14653v-10432,,-17412,8992,-17412,21730c14728,49121,21708,57946,32140,57946v7748,,13040,-4829,14728,-12322l56073,45624c53925,58279,45104,66355,31987,66355,16185,66355,5753,54699,5753,36383e" fillcolor="#292c6e" stroked="f">
                <v:stroke joinstyle="miter"/>
                <v:path arrowok="t" o:connecttype="custom" o:connectlocs="5906,36383;32294,6244;56149,27225;47021,27225;32140,14653;14728,36383;32140,57946;46868,45624;56073,45624;31987,66355;5753,36383" o:connectangles="0,0,0,0,0,0,0,0,0,0,0"/>
              </v:shape>
              <v:shape id="Freihandform: Form 19" o:spid="_x0000_s1043" style="position:absolute;left:67720;top:4680;width:537;height:916;visibility:visible;mso-wrap-style:square;v-text-anchor:middle" coordsize="53694,91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" path="m54308,54199r,32720l45564,86919r,-32137c45564,42544,40118,36133,30836,36133v-10048,,-16338,8159,-16338,21397l14498,86919r-8745,l5753,6244r8745,l14498,37798c17643,32303,23165,27391,32294,27391v12119,,21938,7243,21938,26725e" fillcolor="#292c6e" stroked="f">
                <v:stroke joinstyle="miter"/>
                <v:path arrowok="t" o:connecttype="custom" o:connectlocs="54309,54199;54309,86919;45565,86919;45565,54782;30837,36133;14498,57530;14498,86919;5753,86919;5753,6244;14498,6244;14498,37798;32295,27391;54233,54116" o:connectangles="0,0,0,0,0,0,0,0,0,0,0,0,0"/>
              </v:shape>
              <v:shape id="Freihandform: Form 20" o:spid="_x0000_s1044" style="position:absolute;left:68302;top:4892;width:613;height:666;visibility:visible;mso-wrap-style:square;v-text-anchor:middle" coordsize="61365,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" path="m47788,30305c46945,20148,40578,14486,31527,14486v-7978,,-15265,6245,-16109,15819l47788,30305xm5753,36299c5753,18483,16185,6244,31450,6244v15265,,25236,10490,25697,27891c57147,35384,57070,36799,56916,38131r-42035,l14881,38964v307,11156,6827,18982,17106,18982c39657,57946,45564,53533,47405,45957r8821,c54078,57696,45180,66355,32677,66355,16415,66355,5830,54283,5830,36299e" fillcolor="#292c6e" stroked="f">
                <v:stroke joinstyle="miter"/>
                <v:path arrowok="t" o:connecttype="custom" o:connectlocs="47788,30305;31527,14486;15418,30305;47788,30305;5753,36299;31450,6244;57147,34135;56916,38131;14881,38131;14881,38964;31987,57946;47405,45957;56226,45957;32677,66355;5830,36299" o:connectangles="0,0,0,0,0,0,0,0,0,0,0,0,0,0,0"/>
              </v:shape>
              <v:shape id="Freihandform: Form 21" o:spid="_x0000_s1045" style="position:absolute;left:68920;top:4899;width:383;height:666;visibility:visible;mso-wrap-style:square;v-text-anchor:middle" coordsize="38353,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" path="m33214,6244r,9242l28842,15486v-11353,,-14421,10240,-14421,19565l14421,65023r-8668,l5753,6244r7517,l14421,15153c16952,10657,21094,6244,30759,6244r2455,xe" fillcolor="#292c6e" stroked="f">
                <v:stroke joinstyle="miter"/>
                <v:path arrowok="t" o:connecttype="custom" o:connectlocs="33214,6244;33214,15486;28842,15486;14421,35051;14421,65023;5753,65023;5753,6244;13270,6244;14421,15153;30759,6244;33214,6244" o:connectangles="0,0,0,0,0,0,0,0,0,0,0"/>
              </v:shape>
              <v:shape id="Freihandform: Form 22" o:spid="_x0000_s1046" style="position:absolute;left:61404;top:5871;width:1074;height:916;visibility:visible;mso-wrap-style:square;v-text-anchor:middle" coordsize="107389,91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" path="m95577,6244l78011,73931,60445,6244r-9358,l32831,73931,15418,6244r-9665,l27384,86836r11046,l55306,22895,72335,86836r11045,l105088,6244r-9511,xe" fillcolor="#292c6e" stroked="f">
                <v:stroke joinstyle="miter"/>
                <v:path arrowok="t" o:connecttype="custom" o:connectlocs="95578,6244;78012,73931;60446,6244;51087,6244;32831,73931;15418,6244;5753,6244;27384,86836;38430,86836;55307,22895;72336,86836;83381,86836;105089,6244;95578,6244" o:connectangles="0,0,0,0,0,0,0,0,0,0,0,0,0,0"/>
              </v:shape>
              <v:shape id="Freihandform: Form 23" o:spid="_x0000_s1047" style="position:absolute;left:62463;top:5869;width:153;height:916;visibility:visible;mso-wrap-style:square;v-text-anchor:middle" coordsize="15341,91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" path="m6904,28307r8744,l15648,87085r-8744,l6904,28307xm5753,12322v,-3580,2455,-6078,5600,-6078c14498,6244,16952,8742,16952,12322v,3580,-2454,6077,-5599,6077c8208,18399,5753,15902,5753,12322e" fillcolor="#292c6e" stroked="f">
                <v:stroke joinstyle="miter"/>
                <v:path arrowok="t" o:connecttype="custom" o:connectlocs="6904,28307;15648,28307;15648,87085;6904,87085;6904,28307;5753,12322;11353,6244;16952,12322;11353,18399;5753,12322" o:connectangles="0,0,0,0,0,0,0,0,0,0"/>
              </v:shape>
              <v:shape id="Freihandform: Form 24" o:spid="_x0000_s1048" style="position:absolute;left:62657;top:6083;width:537;height:666;visibility:visible;mso-wrap-style:square;v-text-anchor:middle" coordsize="53694,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" path="m14728,46374v307,6910,5906,11989,14958,11989c37356,58363,42726,54783,42726,49371v,-7409,-5983,-7992,-14038,-8991c16569,38798,6904,36134,6904,23895,6904,13155,15955,6162,28151,6245v12350,83,21248,6327,22092,18566l41345,24811c40731,18816,35592,14321,28151,14321v-7440,,-12656,3413,-12656,8908c15495,29640,21248,30472,29072,31555v12350,1581,22168,4162,22168,17150c51240,59612,41575,66439,29609,66439,15571,66439,5906,59279,5753,46374r8898,l14728,46374xe" fillcolor="#292c6e" stroked="f">
                <v:stroke joinstyle="miter"/>
                <v:path arrowok="t" o:connecttype="custom" o:connectlocs="14728,46374;29687,58363;42727,49371;28689,40380;6904,23895;28152,6245;50244,24811;41346,24811;28152,14321;15495,23229;29073,31555;51241,48705;29610,66439;5753,46374;14651,46374" o:connectangles="0,0,0,0,0,0,0,0,0,0,0,0,0,0,0"/>
              </v:shape>
              <v:shape id="Freihandform: Form 25" o:spid="_x0000_s1049" style="position:absolute;left:63187;top:6083;width:537;height:666;visibility:visible;mso-wrap-style:square;v-text-anchor:middle" coordsize="53694,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" path="m14728,46374v307,6910,5906,11989,14957,11989c37356,58363,42726,54783,42726,49371v,-7409,-5983,-7992,-14038,-8991c16569,38798,6904,36134,6904,23895,6904,13155,15955,6162,28151,6245v12350,83,21248,6327,22092,18566l41345,24811c40731,18816,35592,14321,28151,14321v-7440,,-12656,3413,-12656,8908c15495,29640,21248,30472,29072,31555v12350,1581,22168,4162,22168,17150c51240,59612,41575,66439,29609,66439,15571,66439,5906,59279,5753,46374r8898,l14728,46374xe" fillcolor="#292c6e" stroked="f">
                <v:stroke joinstyle="miter"/>
                <v:path arrowok="t" o:connecttype="custom" o:connectlocs="14728,46374;29686,58363;42727,49371;28689,40380;6904,23895;28152,6245;50244,24811;41346,24811;28152,14321;15495,23229;29073,31555;51241,48705;29610,66439;5753,46374;14651,46374" o:connectangles="0,0,0,0,0,0,0,0,0,0,0,0,0,0,0"/>
              </v:shape>
              <v:shape id="Freihandform: Form 26" o:spid="_x0000_s1050" style="position:absolute;left:63720;top:6083;width:613;height:666;visibility:visible;mso-wrap-style:square;v-text-anchor:middle" coordsize="61365,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" path="m47788,30305c46945,20148,40578,14570,31527,14570v-7978,,-15265,6244,-16109,15735l47788,30305xm5753,36299c5753,18483,16185,6244,31450,6244v15264,,25236,10490,25697,27891c57147,35384,57070,36799,56916,38131r-42035,l14881,38964v307,11156,6827,18982,17106,18982c39657,57946,45564,53533,47405,45957r8821,c54078,57696,45180,66355,32677,66355,16415,66355,5830,54283,5830,36299e" fillcolor="#292c6e" stroked="f">
                <v:stroke joinstyle="miter"/>
                <v:path arrowok="t" o:connecttype="custom" o:connectlocs="47788,30305;31527,14570;15418,30305;47788,30305;5753,36299;31450,6244;57147,34135;56916,38131;14881,38131;14881,38964;31987,57946;47405,45957;56226,45957;32677,66355;5830,36299" o:connectangles="0,0,0,0,0,0,0,0,0,0,0,0,0,0,0"/>
              </v:shape>
              <v:shape id="Freihandform: Form 27" o:spid="_x0000_s1051" style="position:absolute;left:64332;top:6082;width:537;height:666;visibility:visible;mso-wrap-style:square;v-text-anchor:middle" coordsize="53694,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" path="m54232,33052r,32720l45487,65772r,-32137c45487,21397,40271,14986,30836,14986v-10202,,-16338,8159,-16338,21397l14498,65772r-8745,l5753,6993r7517,l14421,14903c17643,10407,23089,6244,32217,6244v12196,,21861,7243,21861,26725e" fillcolor="#292c6e" stroked="f">
                <v:stroke joinstyle="miter"/>
                <v:path arrowok="t" o:connecttype="custom" o:connectlocs="54233,33052;54233,65772;45488,65772;45488,33635;30837,14986;14498,36383;14498,65772;5753,65772;5753,6993;13270,6993;14421,14903;32218,6244;54079,32969" o:connectangles="0,0,0,0,0,0,0,0,0,0,0,0,0"/>
              </v:shape>
              <v:shape id="Freihandform: Form 28" o:spid="_x0000_s1052" style="position:absolute;left:64906;top:6083;width:537;height:666;visibility:visible;mso-wrap-style:square;v-text-anchor:middle" coordsize="53694,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" path="m14728,46374v306,6910,5906,11989,14957,11989c37356,58363,42726,54783,42726,49371v,-7409,-5907,-7992,-14038,-8991c16569,38798,6904,36134,6904,23895,6904,13155,15955,6162,28151,6245v12350,83,21248,6327,22092,18566l41345,24811c40731,18816,35592,14321,28151,14321v-7440,,-12656,3413,-12656,8908c15495,29640,21248,30472,29072,31555v12350,1581,22168,4162,22168,17150c51240,59612,41575,66439,29609,66439,15571,66439,5906,59279,5753,46374r8898,l14728,46374xe" fillcolor="#292c6e" stroked="f">
                <v:stroke joinstyle="miter"/>
                <v:path arrowok="t" o:connecttype="custom" o:connectlocs="14728,46374;29686,58363;42727,49371;28689,40380;6904,23895;28152,6245;50244,24811;41346,24811;28152,14321;15495,23229;29073,31555;51241,48705;29610,66439;5753,46374;14651,46374" o:connectangles="0,0,0,0,0,0,0,0,0,0,0,0,0,0,0"/>
              </v:shape>
              <v:shape id="Freihandform: Form 29" o:spid="_x0000_s1053" style="position:absolute;left:65437;top:6084;width:614;height:666;visibility:visible;mso-wrap-style:square;v-text-anchor:middle" coordsize="61365,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" path="m5906,36383c5906,18399,16645,6244,32294,6244v13270,,21631,8076,23855,20981l47021,27225c45410,19399,40118,14653,32140,14653v-10432,,-17412,8992,-17412,21730c14728,49121,21708,57946,32140,57946v7748,,13040,-4829,14728,-12322l56073,45624c53925,58279,45104,66355,31987,66355,16185,66355,5753,54699,5753,36383e" fillcolor="#292c6e" stroked="f">
                <v:stroke joinstyle="miter"/>
                <v:path arrowok="t" o:connecttype="custom" o:connectlocs="5906,36383;32294,6244;56149,27225;47021,27225;32140,14653;14728,36383;32140,57946;46868,45624;56073,45624;31987,66355;5753,36383" o:connectangles="0,0,0,0,0,0,0,0,0,0,0"/>
              </v:shape>
              <v:shape id="Freihandform: Form 30" o:spid="_x0000_s1054" style="position:absolute;left:66036;top:5871;width:537;height:916;visibility:visible;mso-wrap-style:square;v-text-anchor:middle" coordsize="53694,91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" path="m54308,54116r,32720l45564,86836r,-32137c45564,42460,40118,36050,30836,36050v-10048,,-16338,8159,-16338,21396l14498,86836r-8745,l5753,6244r8745,l14498,37798c17643,32303,23165,27391,32294,27391v12119,,21938,7243,21938,26725e" fillcolor="#292c6e" stroked="f">
                <v:stroke joinstyle="miter"/>
                <v:path arrowok="t" o:connecttype="custom" o:connectlocs="54309,54116;54309,86836;45565,86836;45565,54699;30837,36050;14498,57446;14498,86836;5753,86836;5753,6244;14498,6244;14498,37798;32295,27391;54233,54116" o:connectangles="0,0,0,0,0,0,0,0,0,0,0,0,0"/>
              </v:shape>
              <v:shape id="Freihandform: Form 31" o:spid="_x0000_s1055" style="position:absolute;left:66614;top:6084;width:614;height:667;visibility:visible;mso-wrap-style:square;v-text-anchor:middle" coordsize="61365,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" path="m43416,38714r-16799,c18870,38714,14498,41794,14498,48538v,5745,4602,9658,11812,9658c37126,58196,43416,51369,43416,41628r,-2914xm58374,56947r,8658l53618,65605v-7210,,-9665,-3330,-9742,-9074c40501,61859,35055,66355,25697,66355,13807,66355,5753,59861,5753,49204v,-11739,7517,-18316,21785,-18316l43416,30888r,-3996c43416,19315,38430,14653,29916,14653v-7671,,-12734,3913,-13808,9907l7441,24560c8745,13071,17336,6244,30376,6244v13807,,21785,7493,21785,21147l52161,53117v,3081,1074,3913,3528,3913l58451,57030r-77,-83xe" fillcolor="#292c6e" stroked="f">
                <v:stroke joinstyle="miter"/>
                <v:path arrowok="t" o:connecttype="custom" o:connectlocs="43416,38714;26617,38714;14498,48538;26310,58196;43416,41628;43416,38714;58374,56947;58374,65605;53618,65605;43876,56531;25697,66355;5753,49204;27538,30888;43416,30888;43416,26892;29916,14653;16108,24560;7441,24560;30376,6244;52161,27391;52161,53117;55689,57030;58451,57030" o:connectangles="0,0,0,0,0,0,0,0,0,0,0,0,0,0,0,0,0,0,0,0,0,0,0"/>
              </v:shape>
              <v:shape id="Freihandform: Form 32" o:spid="_x0000_s1056" style="position:absolute;left:67150;top:5870;width:691;height:916;visibility:visible;mso-wrap-style:square;v-text-anchor:middle" coordsize="69036,91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" path="m69343,78260r,8659l59371,86919v-10432,,-14114,-4912,-14114,-15319l45257,36799r-21094,l24163,86919r-8668,l15495,36799r-9742,l5753,28140r9742,l15495,21563v,-10323,3988,-15319,14114,-15319l37893,6244r,8659l30146,14903v-4373,,-5983,1998,-5983,6410l24163,28140r21094,l45257,11656r8668,l53925,28140r13730,l67655,36799r-13730,l53925,71433v,4996,1611,6827,5983,6827l69343,78260xe" fillcolor="#292c6e" stroked="f">
                <v:stroke joinstyle="miter"/>
                <v:path arrowok="t" o:connecttype="custom" o:connectlocs="69343,78260;69343,86919;59371,86919;45257,71600;45257,36799;24163,36799;24163,86919;15495,86919;15495,36799;5753,36799;5753,28140;15495,28140;15495,21563;29609,6244;37893,6244;37893,14903;30146,14903;24163,21313;24163,28140;45257,28140;45257,11656;53925,11656;53925,28140;67655,28140;67655,36799;53925,36799;53925,71433;59908,78260;69343,78260" o:connectangles="0,0,0,0,0,0,0,0,0,0,0,0,0,0,0,0,0,0,0,0,0,0,0,0,0,0,0,0,0"/>
              </v:shape>
              <v:shape id="Freihandform: Form 33" o:spid="_x0000_s1057" style="position:absolute;left:67839;top:6083;width:537;height:666;visibility:visible;mso-wrap-style:square;v-text-anchor:middle" coordsize="53694,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" path="m14728,46374v307,6910,5906,11989,14958,11989c37356,58363,42726,54783,42726,49371v,-7409,-5983,-7992,-14038,-8991c16569,38798,6904,36134,6904,23895,6904,13155,15955,6162,28151,6245v12350,83,21248,6327,22092,18566l41345,24811c40731,18816,35592,14321,28151,14321v-7440,,-12656,3413,-12656,8908c15495,29640,21248,30472,29072,31555v12350,1581,22168,4162,22168,17150c51240,59612,41575,66439,29609,66439,15571,66439,5906,59279,5753,46374r8898,l14728,46374xe" fillcolor="#292c6e" stroked="f">
                <v:stroke joinstyle="miter"/>
                <v:path arrowok="t" o:connecttype="custom" o:connectlocs="14728,46374;29687,58363;42727,49371;28689,40380;6904,23895;28152,6245;50244,24811;41346,24811;28152,14321;15495,23229;29073,31555;51241,48705;29610,66439;5753,46374;14651,46374" o:connectangles="0,0,0,0,0,0,0,0,0,0,0,0,0,0,0"/>
              </v:shape>
              <v:shape id="Freihandform: Form 34" o:spid="_x0000_s1058" style="position:absolute;left:68334;top:5870;width:383;height:916;visibility:visible;mso-wrap-style:square;v-text-anchor:middle" coordsize="38353,91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" path="m5753,28140r9742,l15495,21563v,-10323,4065,-15319,14114,-15319l39504,6244r,8659l30146,14903v-4373,,-5907,1915,-5907,6410l24239,28140r15265,l39504,36799r-15265,l24239,86919r-8667,l15572,36799r-9742,l5830,28140r-77,xe" fillcolor="#292c6e" stroked="f">
                <v:stroke joinstyle="miter"/>
                <v:path arrowok="t" o:connecttype="custom" o:connectlocs="5753,28140;15495,28140;15495,21563;29609,6244;39504,6244;39504,14903;30146,14903;24239,21313;24239,28140;39504,28140;39504,36799;24239,36799;24239,86919;15572,86919;15572,36799;5830,36799;5830,28140" o:connectangles="0,0,0,0,0,0,0,0,0,0,0,0,0,0,0,0,0"/>
              </v:shape>
              <v:shape id="Freihandform: Form 35" o:spid="_x0000_s1059" style="position:absolute;left:68715;top:6083;width:614;height:666;visibility:visible;mso-wrap-style:square;v-text-anchor:middle" coordsize="61365,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" path="m50550,36299v,-12571,-7211,-21646,-17950,-21646c21861,14653,14651,23728,14651,36299v,12572,7210,21647,17949,21647c43339,57946,50550,48871,50550,36299t-44797,c5753,18483,16799,6244,32600,6244v15802,,26848,12239,26848,30055c59448,54116,48402,66355,32600,66355,16799,66355,5753,54116,5753,36299e" fillcolor="#292c6e" stroked="f">
                <v:stroke joinstyle="miter"/>
                <v:path arrowok="t" o:connecttype="custom" o:connectlocs="50550,36299;32600,14653;14651,36299;32600,57946;50550,36299;5753,36299;32600,6244;59448,36299;32600,66355;5753,36299" o:connectangles="0,0,0,0,0,0,0,0,0,0"/>
              </v:shape>
              <v:shape id="Freihandform: Form 36" o:spid="_x0000_s1060" style="position:absolute;left:69352;top:6082;width:537;height:666;visibility:visible;mso-wrap-style:square;v-text-anchor:middle" coordsize="53694,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" path="m54155,33052r,32720l45410,65772r,-32137c45410,21397,40194,14986,30760,14986v-10203,,-16339,8159,-16339,21397l14421,65772r-8668,l5753,6993r7517,l14421,14903c17643,10407,23089,6244,32217,6244v12196,,21861,7243,21861,26725e" fillcolor="#292c6e" stroked="f">
                <v:stroke joinstyle="miter"/>
                <v:path arrowok="t" o:connecttype="custom" o:connectlocs="54156,33052;54156,65772;45411,65772;45411,33635;30761,14986;14421,36383;14421,65772;5753,65772;5753,6993;13270,6993;14421,14903;32218,6244;54079,32969" o:connectangles="0,0,0,0,0,0,0,0,0,0,0,0,0"/>
              </v:shape>
              <v:shape id="Freihandform: Form 37" o:spid="_x0000_s1061" style="position:absolute;left:69928;top:5871;width:613;height:916;visibility:visible;mso-wrap-style:square;v-text-anchor:middle" coordsize="61365,91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" path="m50396,57696v,-12905,-7210,-21896,-17796,-21896c22015,35800,14651,44625,14651,57446v,12822,7210,21647,17949,21647c43339,79093,50396,70184,50396,57696m50320,6244r8667,l58987,86919r-7517,l50320,77428c46714,82839,40885,87585,31757,87585,16799,87585,5753,76678,5753,57530v,-17984,11046,-30056,26004,-30056c40885,27474,47021,31471,50320,37132r,-30888xe" fillcolor="#292c6e" stroked="f">
                <v:stroke joinstyle="miter"/>
                <v:path arrowok="t" o:connecttype="custom" o:connectlocs="50396,57696;32600,35800;14651,57446;32600,79093;50396,57696;50320,6244;58987,6244;58987,86919;51470,86919;50320,77428;31757,87585;5753,57530;31757,27474;50320,37132;50320,6244" o:connectangles="0,0,0,0,0,0,0,0,0,0,0,0,0,0,0"/>
              </v:shape>
              <v:shape id="Freihandform: Form 38" o:spid="_x0000_s1062" style="position:absolute;left:70556;top:6083;width:537;height:666;visibility:visible;mso-wrap-style:square;v-text-anchor:middle" coordsize="53694,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" path="m14728,46374v307,6910,5906,11989,14958,11989c37356,58363,42726,54783,42726,49371v,-7409,-5907,-7992,-14038,-8991c16569,38798,6904,36134,6904,23895,6904,13155,15955,6162,28152,6245v12349,83,21247,6327,22091,18566l41345,24811c40731,18816,35592,14321,28152,14321v-7441,,-12657,3413,-12657,8908c15495,29640,21248,30472,29072,31555v12350,1581,22168,4162,22168,17150c51240,59612,41575,66439,29609,66439,15571,66439,5906,59279,5753,46374r8898,l14728,46374xe" fillcolor="#292c6e" stroked="f">
                <v:stroke joinstyle="miter"/>
                <v:path arrowok="t" o:connecttype="custom" o:connectlocs="14728,46374;29687,58363;42727,49371;28689,40380;6904,23895;28153,6245;50244,24811;41346,24811;28153,14321;15495,23229;29073,31555;51241,48705;29610,66439;5753,46374;14651,46374" o:connectangles="0,0,0,0,0,0,0,0,0,0,0,0,0,0,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abstractNum w:abstractNumId="9" w15:restartNumberingAfterBreak="0">
    <w:nsid w:val="2F1A4166"/>
    <w:multiLevelType w:val="multilevel"/>
    <w:tmpl w:val="2FAE99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7A1B01"/>
    <w:multiLevelType w:val="multilevel"/>
    <w:tmpl w:val="428C5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D93811"/>
    <w:multiLevelType w:val="multilevel"/>
    <w:tmpl w:val="338E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914DB2"/>
    <w:multiLevelType w:val="multilevel"/>
    <w:tmpl w:val="BCAEF7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3DB0531"/>
    <w:multiLevelType w:val="multilevel"/>
    <w:tmpl w:val="A09C1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DBF1759"/>
    <w:multiLevelType w:val="multilevel"/>
    <w:tmpl w:val="BBE4C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41B7231"/>
    <w:multiLevelType w:val="multilevel"/>
    <w:tmpl w:val="3A3C8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8203079">
    <w:abstractNumId w:val="8"/>
  </w:num>
  <w:num w:numId="2" w16cid:durableId="1577587743">
    <w:abstractNumId w:val="6"/>
  </w:num>
  <w:num w:numId="3" w16cid:durableId="1227914704">
    <w:abstractNumId w:val="5"/>
  </w:num>
  <w:num w:numId="4" w16cid:durableId="1219591243">
    <w:abstractNumId w:val="4"/>
  </w:num>
  <w:num w:numId="5" w16cid:durableId="2628126">
    <w:abstractNumId w:val="7"/>
  </w:num>
  <w:num w:numId="6" w16cid:durableId="1314522915">
    <w:abstractNumId w:val="3"/>
  </w:num>
  <w:num w:numId="7" w16cid:durableId="2029872770">
    <w:abstractNumId w:val="2"/>
  </w:num>
  <w:num w:numId="8" w16cid:durableId="1903440202">
    <w:abstractNumId w:val="1"/>
  </w:num>
  <w:num w:numId="9" w16cid:durableId="1577783052">
    <w:abstractNumId w:val="0"/>
  </w:num>
  <w:num w:numId="10" w16cid:durableId="1879470442">
    <w:abstractNumId w:val="13"/>
  </w:num>
  <w:num w:numId="11" w16cid:durableId="1772234406">
    <w:abstractNumId w:val="11"/>
  </w:num>
  <w:num w:numId="12" w16cid:durableId="2033259797">
    <w:abstractNumId w:val="15"/>
  </w:num>
  <w:num w:numId="13" w16cid:durableId="365370367">
    <w:abstractNumId w:val="14"/>
  </w:num>
  <w:num w:numId="14" w16cid:durableId="995887899">
    <w:abstractNumId w:val="10"/>
  </w:num>
  <w:num w:numId="15" w16cid:durableId="1331062292">
    <w:abstractNumId w:val="9"/>
  </w:num>
  <w:num w:numId="16" w16cid:durableId="12578599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F98"/>
    <w:rsid w:val="00001C59"/>
    <w:rsid w:val="0000458B"/>
    <w:rsid w:val="00004988"/>
    <w:rsid w:val="000070A6"/>
    <w:rsid w:val="0001305F"/>
    <w:rsid w:val="00015D9C"/>
    <w:rsid w:val="00024B3E"/>
    <w:rsid w:val="00025254"/>
    <w:rsid w:val="000258FD"/>
    <w:rsid w:val="00025FE9"/>
    <w:rsid w:val="00026139"/>
    <w:rsid w:val="00034616"/>
    <w:rsid w:val="00035D00"/>
    <w:rsid w:val="0003652C"/>
    <w:rsid w:val="00044C00"/>
    <w:rsid w:val="00045617"/>
    <w:rsid w:val="00051659"/>
    <w:rsid w:val="000520C7"/>
    <w:rsid w:val="0005255B"/>
    <w:rsid w:val="000560C1"/>
    <w:rsid w:val="000605A9"/>
    <w:rsid w:val="0006063C"/>
    <w:rsid w:val="00062446"/>
    <w:rsid w:val="00062818"/>
    <w:rsid w:val="00063E78"/>
    <w:rsid w:val="00066B4B"/>
    <w:rsid w:val="00066CAE"/>
    <w:rsid w:val="00067BEF"/>
    <w:rsid w:val="0007681E"/>
    <w:rsid w:val="000768B3"/>
    <w:rsid w:val="00076933"/>
    <w:rsid w:val="00080B98"/>
    <w:rsid w:val="000849DA"/>
    <w:rsid w:val="0009080C"/>
    <w:rsid w:val="000908F0"/>
    <w:rsid w:val="000913C3"/>
    <w:rsid w:val="000919AF"/>
    <w:rsid w:val="00093526"/>
    <w:rsid w:val="00097DBD"/>
    <w:rsid w:val="000A2625"/>
    <w:rsid w:val="000A488F"/>
    <w:rsid w:val="000B3C1F"/>
    <w:rsid w:val="000B6136"/>
    <w:rsid w:val="000C1BA4"/>
    <w:rsid w:val="000C50E7"/>
    <w:rsid w:val="000D0744"/>
    <w:rsid w:val="000D1E69"/>
    <w:rsid w:val="000D4F87"/>
    <w:rsid w:val="000E26BE"/>
    <w:rsid w:val="000E43BE"/>
    <w:rsid w:val="000E4BCA"/>
    <w:rsid w:val="000E58C6"/>
    <w:rsid w:val="000F1F3D"/>
    <w:rsid w:val="000F2585"/>
    <w:rsid w:val="000F41FD"/>
    <w:rsid w:val="000F6753"/>
    <w:rsid w:val="000F7E74"/>
    <w:rsid w:val="00100245"/>
    <w:rsid w:val="00102B30"/>
    <w:rsid w:val="00102D9B"/>
    <w:rsid w:val="00103089"/>
    <w:rsid w:val="0010568D"/>
    <w:rsid w:val="00106ED7"/>
    <w:rsid w:val="00107428"/>
    <w:rsid w:val="0011149E"/>
    <w:rsid w:val="00113FD0"/>
    <w:rsid w:val="00114E31"/>
    <w:rsid w:val="00117192"/>
    <w:rsid w:val="0012000A"/>
    <w:rsid w:val="00120520"/>
    <w:rsid w:val="0012073C"/>
    <w:rsid w:val="00122F15"/>
    <w:rsid w:val="00130098"/>
    <w:rsid w:val="00132A70"/>
    <w:rsid w:val="0013543B"/>
    <w:rsid w:val="001357CB"/>
    <w:rsid w:val="001404BE"/>
    <w:rsid w:val="0014190A"/>
    <w:rsid w:val="00147D3A"/>
    <w:rsid w:val="0015074B"/>
    <w:rsid w:val="00152642"/>
    <w:rsid w:val="001534E1"/>
    <w:rsid w:val="00156288"/>
    <w:rsid w:val="001619E5"/>
    <w:rsid w:val="00162641"/>
    <w:rsid w:val="0016372D"/>
    <w:rsid w:val="001641F6"/>
    <w:rsid w:val="00165BCC"/>
    <w:rsid w:val="001660EA"/>
    <w:rsid w:val="00167B2B"/>
    <w:rsid w:val="001726C6"/>
    <w:rsid w:val="00180339"/>
    <w:rsid w:val="001806C1"/>
    <w:rsid w:val="00180C65"/>
    <w:rsid w:val="00190B9B"/>
    <w:rsid w:val="00194E92"/>
    <w:rsid w:val="00196D31"/>
    <w:rsid w:val="001973CF"/>
    <w:rsid w:val="001976AC"/>
    <w:rsid w:val="001A2A49"/>
    <w:rsid w:val="001A5F8B"/>
    <w:rsid w:val="001B052B"/>
    <w:rsid w:val="001B1729"/>
    <w:rsid w:val="001B220E"/>
    <w:rsid w:val="001B3A36"/>
    <w:rsid w:val="001B3B16"/>
    <w:rsid w:val="001B473C"/>
    <w:rsid w:val="001B5DD1"/>
    <w:rsid w:val="001B6752"/>
    <w:rsid w:val="001C1049"/>
    <w:rsid w:val="001C138D"/>
    <w:rsid w:val="001C4F74"/>
    <w:rsid w:val="001D332C"/>
    <w:rsid w:val="001D5B93"/>
    <w:rsid w:val="001D612A"/>
    <w:rsid w:val="001D68F3"/>
    <w:rsid w:val="001E17CC"/>
    <w:rsid w:val="001E19FF"/>
    <w:rsid w:val="001E4A8E"/>
    <w:rsid w:val="001E54B7"/>
    <w:rsid w:val="001E7817"/>
    <w:rsid w:val="001F2829"/>
    <w:rsid w:val="001F3C49"/>
    <w:rsid w:val="001F3DAD"/>
    <w:rsid w:val="001F4265"/>
    <w:rsid w:val="001F66B4"/>
    <w:rsid w:val="001F7CB9"/>
    <w:rsid w:val="00202311"/>
    <w:rsid w:val="00202555"/>
    <w:rsid w:val="0020437A"/>
    <w:rsid w:val="002054BC"/>
    <w:rsid w:val="002124AD"/>
    <w:rsid w:val="00223B60"/>
    <w:rsid w:val="002240AB"/>
    <w:rsid w:val="00224E93"/>
    <w:rsid w:val="00226BE8"/>
    <w:rsid w:val="00226D55"/>
    <w:rsid w:val="00226F6E"/>
    <w:rsid w:val="00226F8F"/>
    <w:rsid w:val="00230EE7"/>
    <w:rsid w:val="002340F3"/>
    <w:rsid w:val="00234207"/>
    <w:rsid w:val="00235A0C"/>
    <w:rsid w:val="00236217"/>
    <w:rsid w:val="00241B2D"/>
    <w:rsid w:val="00242B1C"/>
    <w:rsid w:val="0024573F"/>
    <w:rsid w:val="00246632"/>
    <w:rsid w:val="0024781E"/>
    <w:rsid w:val="002529BF"/>
    <w:rsid w:val="00252BEC"/>
    <w:rsid w:val="00254281"/>
    <w:rsid w:val="002546D8"/>
    <w:rsid w:val="002579DB"/>
    <w:rsid w:val="00261EBE"/>
    <w:rsid w:val="002626BA"/>
    <w:rsid w:val="002632EA"/>
    <w:rsid w:val="002637C6"/>
    <w:rsid w:val="00263C51"/>
    <w:rsid w:val="00265EF0"/>
    <w:rsid w:val="002711A4"/>
    <w:rsid w:val="00271632"/>
    <w:rsid w:val="00271A7D"/>
    <w:rsid w:val="002730D1"/>
    <w:rsid w:val="00274E61"/>
    <w:rsid w:val="002816F7"/>
    <w:rsid w:val="0028223B"/>
    <w:rsid w:val="00290D9E"/>
    <w:rsid w:val="00290E50"/>
    <w:rsid w:val="00295C2D"/>
    <w:rsid w:val="002961E6"/>
    <w:rsid w:val="0029639D"/>
    <w:rsid w:val="002A0BEA"/>
    <w:rsid w:val="002A7613"/>
    <w:rsid w:val="002A7E20"/>
    <w:rsid w:val="002B1207"/>
    <w:rsid w:val="002B2AA7"/>
    <w:rsid w:val="002B57C0"/>
    <w:rsid w:val="002B62BF"/>
    <w:rsid w:val="002C5045"/>
    <w:rsid w:val="002C539F"/>
    <w:rsid w:val="002C6A9F"/>
    <w:rsid w:val="002C6FDF"/>
    <w:rsid w:val="002D2035"/>
    <w:rsid w:val="002D361A"/>
    <w:rsid w:val="002D4903"/>
    <w:rsid w:val="002D608F"/>
    <w:rsid w:val="002D706A"/>
    <w:rsid w:val="002E5AF7"/>
    <w:rsid w:val="002E7F81"/>
    <w:rsid w:val="002F01AD"/>
    <w:rsid w:val="002F088E"/>
    <w:rsid w:val="002F5ECB"/>
    <w:rsid w:val="002F6222"/>
    <w:rsid w:val="002F6600"/>
    <w:rsid w:val="002F667A"/>
    <w:rsid w:val="002F7D25"/>
    <w:rsid w:val="00302F99"/>
    <w:rsid w:val="00304A27"/>
    <w:rsid w:val="00306490"/>
    <w:rsid w:val="0030798E"/>
    <w:rsid w:val="00312C10"/>
    <w:rsid w:val="00320F24"/>
    <w:rsid w:val="00324582"/>
    <w:rsid w:val="00326F90"/>
    <w:rsid w:val="003279B6"/>
    <w:rsid w:val="00332F1B"/>
    <w:rsid w:val="00333E7D"/>
    <w:rsid w:val="00345926"/>
    <w:rsid w:val="0034797E"/>
    <w:rsid w:val="003504F3"/>
    <w:rsid w:val="003506F8"/>
    <w:rsid w:val="00350F14"/>
    <w:rsid w:val="003549FF"/>
    <w:rsid w:val="003574B5"/>
    <w:rsid w:val="003618CC"/>
    <w:rsid w:val="00362B5D"/>
    <w:rsid w:val="00370F72"/>
    <w:rsid w:val="00372B9B"/>
    <w:rsid w:val="00374971"/>
    <w:rsid w:val="00375521"/>
    <w:rsid w:val="00376A9F"/>
    <w:rsid w:val="00383089"/>
    <w:rsid w:val="0039031E"/>
    <w:rsid w:val="00391077"/>
    <w:rsid w:val="0039393A"/>
    <w:rsid w:val="00394CE3"/>
    <w:rsid w:val="00396D57"/>
    <w:rsid w:val="003A01FB"/>
    <w:rsid w:val="003A17AB"/>
    <w:rsid w:val="003A59F5"/>
    <w:rsid w:val="003A63E6"/>
    <w:rsid w:val="003A732C"/>
    <w:rsid w:val="003A78CF"/>
    <w:rsid w:val="003B0DEB"/>
    <w:rsid w:val="003B11BE"/>
    <w:rsid w:val="003B6F4D"/>
    <w:rsid w:val="003B7320"/>
    <w:rsid w:val="003B7B25"/>
    <w:rsid w:val="003C036D"/>
    <w:rsid w:val="003C766B"/>
    <w:rsid w:val="003C79D4"/>
    <w:rsid w:val="003C7B69"/>
    <w:rsid w:val="003D17DC"/>
    <w:rsid w:val="003D2DFA"/>
    <w:rsid w:val="003D7C22"/>
    <w:rsid w:val="003D7D9E"/>
    <w:rsid w:val="003D7DD8"/>
    <w:rsid w:val="003E084E"/>
    <w:rsid w:val="003E3414"/>
    <w:rsid w:val="003E5F96"/>
    <w:rsid w:val="003F0695"/>
    <w:rsid w:val="003F1195"/>
    <w:rsid w:val="003F29CF"/>
    <w:rsid w:val="003F5A8D"/>
    <w:rsid w:val="003F7FD6"/>
    <w:rsid w:val="00402D0A"/>
    <w:rsid w:val="004031CF"/>
    <w:rsid w:val="004035B7"/>
    <w:rsid w:val="004036CD"/>
    <w:rsid w:val="0040440A"/>
    <w:rsid w:val="0040532F"/>
    <w:rsid w:val="00405F5F"/>
    <w:rsid w:val="004067EE"/>
    <w:rsid w:val="0040691F"/>
    <w:rsid w:val="00411BA3"/>
    <w:rsid w:val="00412778"/>
    <w:rsid w:val="004136CC"/>
    <w:rsid w:val="00416001"/>
    <w:rsid w:val="004174C3"/>
    <w:rsid w:val="0041770D"/>
    <w:rsid w:val="004221C0"/>
    <w:rsid w:val="0042313E"/>
    <w:rsid w:val="004232F3"/>
    <w:rsid w:val="00425D0D"/>
    <w:rsid w:val="00427B20"/>
    <w:rsid w:val="00427F1F"/>
    <w:rsid w:val="00430016"/>
    <w:rsid w:val="0043158E"/>
    <w:rsid w:val="004402EC"/>
    <w:rsid w:val="00440A1E"/>
    <w:rsid w:val="00446F51"/>
    <w:rsid w:val="00447ED4"/>
    <w:rsid w:val="00450398"/>
    <w:rsid w:val="00450E29"/>
    <w:rsid w:val="00451727"/>
    <w:rsid w:val="00451F11"/>
    <w:rsid w:val="0045278F"/>
    <w:rsid w:val="00453178"/>
    <w:rsid w:val="0045367B"/>
    <w:rsid w:val="00453C36"/>
    <w:rsid w:val="00454622"/>
    <w:rsid w:val="00457C12"/>
    <w:rsid w:val="0046269E"/>
    <w:rsid w:val="00464556"/>
    <w:rsid w:val="00465247"/>
    <w:rsid w:val="00470189"/>
    <w:rsid w:val="004711D3"/>
    <w:rsid w:val="00472066"/>
    <w:rsid w:val="0047225D"/>
    <w:rsid w:val="00476DC9"/>
    <w:rsid w:val="00477E93"/>
    <w:rsid w:val="004807C6"/>
    <w:rsid w:val="00480F22"/>
    <w:rsid w:val="0048245D"/>
    <w:rsid w:val="00482D60"/>
    <w:rsid w:val="0048305F"/>
    <w:rsid w:val="00484622"/>
    <w:rsid w:val="00485294"/>
    <w:rsid w:val="004857CC"/>
    <w:rsid w:val="0048734B"/>
    <w:rsid w:val="00490B7E"/>
    <w:rsid w:val="00490C29"/>
    <w:rsid w:val="00490CC9"/>
    <w:rsid w:val="004918CF"/>
    <w:rsid w:val="00494D49"/>
    <w:rsid w:val="004A034E"/>
    <w:rsid w:val="004A0677"/>
    <w:rsid w:val="004A080C"/>
    <w:rsid w:val="004A1D2F"/>
    <w:rsid w:val="004A72C8"/>
    <w:rsid w:val="004A7D02"/>
    <w:rsid w:val="004B0ED8"/>
    <w:rsid w:val="004B37F7"/>
    <w:rsid w:val="004B432F"/>
    <w:rsid w:val="004B487F"/>
    <w:rsid w:val="004B5256"/>
    <w:rsid w:val="004B6918"/>
    <w:rsid w:val="004B79A4"/>
    <w:rsid w:val="004C0E9D"/>
    <w:rsid w:val="004C125C"/>
    <w:rsid w:val="004C211D"/>
    <w:rsid w:val="004C3E50"/>
    <w:rsid w:val="004C780E"/>
    <w:rsid w:val="004D2A95"/>
    <w:rsid w:val="004D4321"/>
    <w:rsid w:val="004D4791"/>
    <w:rsid w:val="004D5AE8"/>
    <w:rsid w:val="004D6951"/>
    <w:rsid w:val="004E2362"/>
    <w:rsid w:val="004E2F69"/>
    <w:rsid w:val="004E52F2"/>
    <w:rsid w:val="004E7E68"/>
    <w:rsid w:val="004F0104"/>
    <w:rsid w:val="004F3732"/>
    <w:rsid w:val="004F7B8C"/>
    <w:rsid w:val="00500177"/>
    <w:rsid w:val="00501899"/>
    <w:rsid w:val="00502E22"/>
    <w:rsid w:val="005030B8"/>
    <w:rsid w:val="0050518A"/>
    <w:rsid w:val="005053F2"/>
    <w:rsid w:val="00505E3E"/>
    <w:rsid w:val="00507675"/>
    <w:rsid w:val="00507E93"/>
    <w:rsid w:val="00511501"/>
    <w:rsid w:val="005138B4"/>
    <w:rsid w:val="00522B2F"/>
    <w:rsid w:val="00524961"/>
    <w:rsid w:val="005324FE"/>
    <w:rsid w:val="0053651D"/>
    <w:rsid w:val="00536BE5"/>
    <w:rsid w:val="005413CC"/>
    <w:rsid w:val="005524D4"/>
    <w:rsid w:val="00552987"/>
    <w:rsid w:val="0056225D"/>
    <w:rsid w:val="005643DD"/>
    <w:rsid w:val="00564DFC"/>
    <w:rsid w:val="00564ED0"/>
    <w:rsid w:val="00564F90"/>
    <w:rsid w:val="005708D3"/>
    <w:rsid w:val="00572263"/>
    <w:rsid w:val="005732B0"/>
    <w:rsid w:val="005733BD"/>
    <w:rsid w:val="005758FA"/>
    <w:rsid w:val="00576303"/>
    <w:rsid w:val="005774E1"/>
    <w:rsid w:val="00577F84"/>
    <w:rsid w:val="00581648"/>
    <w:rsid w:val="005838AF"/>
    <w:rsid w:val="00584CC3"/>
    <w:rsid w:val="0058522B"/>
    <w:rsid w:val="00585911"/>
    <w:rsid w:val="00585D08"/>
    <w:rsid w:val="005876D2"/>
    <w:rsid w:val="005913F7"/>
    <w:rsid w:val="00591FF1"/>
    <w:rsid w:val="005969DC"/>
    <w:rsid w:val="005A02F0"/>
    <w:rsid w:val="005A1F1F"/>
    <w:rsid w:val="005A3A6C"/>
    <w:rsid w:val="005A4896"/>
    <w:rsid w:val="005B0376"/>
    <w:rsid w:val="005B4447"/>
    <w:rsid w:val="005B6182"/>
    <w:rsid w:val="005C124C"/>
    <w:rsid w:val="005C1801"/>
    <w:rsid w:val="005C2BDA"/>
    <w:rsid w:val="005C5C32"/>
    <w:rsid w:val="005C622A"/>
    <w:rsid w:val="005C63ED"/>
    <w:rsid w:val="005C6516"/>
    <w:rsid w:val="005D011B"/>
    <w:rsid w:val="005D111F"/>
    <w:rsid w:val="005D487F"/>
    <w:rsid w:val="005D5C21"/>
    <w:rsid w:val="005D6793"/>
    <w:rsid w:val="005E2B49"/>
    <w:rsid w:val="005E3638"/>
    <w:rsid w:val="005E4698"/>
    <w:rsid w:val="005E5A6D"/>
    <w:rsid w:val="005E7359"/>
    <w:rsid w:val="005F012F"/>
    <w:rsid w:val="005F157A"/>
    <w:rsid w:val="005F6602"/>
    <w:rsid w:val="005F6CAE"/>
    <w:rsid w:val="00601741"/>
    <w:rsid w:val="0060269D"/>
    <w:rsid w:val="0060718B"/>
    <w:rsid w:val="00607C50"/>
    <w:rsid w:val="0061576F"/>
    <w:rsid w:val="00622573"/>
    <w:rsid w:val="006259F2"/>
    <w:rsid w:val="00625E06"/>
    <w:rsid w:val="006267F4"/>
    <w:rsid w:val="00633D39"/>
    <w:rsid w:val="00633EA1"/>
    <w:rsid w:val="00634756"/>
    <w:rsid w:val="00634B58"/>
    <w:rsid w:val="006359A0"/>
    <w:rsid w:val="00637286"/>
    <w:rsid w:val="00643B22"/>
    <w:rsid w:val="00645776"/>
    <w:rsid w:val="00646319"/>
    <w:rsid w:val="00647137"/>
    <w:rsid w:val="006511DB"/>
    <w:rsid w:val="006512B9"/>
    <w:rsid w:val="0065222B"/>
    <w:rsid w:val="00655A03"/>
    <w:rsid w:val="00656FF9"/>
    <w:rsid w:val="006602B9"/>
    <w:rsid w:val="006662A2"/>
    <w:rsid w:val="0067044B"/>
    <w:rsid w:val="00675385"/>
    <w:rsid w:val="006757B7"/>
    <w:rsid w:val="0067623E"/>
    <w:rsid w:val="00677A5E"/>
    <w:rsid w:val="00677B9F"/>
    <w:rsid w:val="00681B58"/>
    <w:rsid w:val="00683808"/>
    <w:rsid w:val="00684989"/>
    <w:rsid w:val="00694C66"/>
    <w:rsid w:val="00694FC7"/>
    <w:rsid w:val="00695A25"/>
    <w:rsid w:val="006A0B58"/>
    <w:rsid w:val="006A3549"/>
    <w:rsid w:val="006A55B3"/>
    <w:rsid w:val="006A5C09"/>
    <w:rsid w:val="006A5F32"/>
    <w:rsid w:val="006A6EDE"/>
    <w:rsid w:val="006B3D49"/>
    <w:rsid w:val="006B3F71"/>
    <w:rsid w:val="006B5C87"/>
    <w:rsid w:val="006B5F12"/>
    <w:rsid w:val="006B6C9F"/>
    <w:rsid w:val="006B7CDC"/>
    <w:rsid w:val="006C0138"/>
    <w:rsid w:val="006C1639"/>
    <w:rsid w:val="006C63A5"/>
    <w:rsid w:val="006C72C8"/>
    <w:rsid w:val="006D315D"/>
    <w:rsid w:val="006D45F3"/>
    <w:rsid w:val="006D75E3"/>
    <w:rsid w:val="006E002B"/>
    <w:rsid w:val="006E0219"/>
    <w:rsid w:val="006E33E9"/>
    <w:rsid w:val="006E51C6"/>
    <w:rsid w:val="006F3E68"/>
    <w:rsid w:val="006F6F4B"/>
    <w:rsid w:val="00702B6B"/>
    <w:rsid w:val="007057A2"/>
    <w:rsid w:val="00710983"/>
    <w:rsid w:val="00710F7A"/>
    <w:rsid w:val="0072133B"/>
    <w:rsid w:val="0072418D"/>
    <w:rsid w:val="00730A53"/>
    <w:rsid w:val="0073136C"/>
    <w:rsid w:val="00732F1D"/>
    <w:rsid w:val="00735382"/>
    <w:rsid w:val="00736ADE"/>
    <w:rsid w:val="00740465"/>
    <w:rsid w:val="007453A5"/>
    <w:rsid w:val="00746434"/>
    <w:rsid w:val="007470BB"/>
    <w:rsid w:val="00747B10"/>
    <w:rsid w:val="00751564"/>
    <w:rsid w:val="00753346"/>
    <w:rsid w:val="0076353D"/>
    <w:rsid w:val="00763E91"/>
    <w:rsid w:val="00767A68"/>
    <w:rsid w:val="00767C53"/>
    <w:rsid w:val="00785F36"/>
    <w:rsid w:val="007875D8"/>
    <w:rsid w:val="0078794B"/>
    <w:rsid w:val="00790576"/>
    <w:rsid w:val="007920F6"/>
    <w:rsid w:val="00792A16"/>
    <w:rsid w:val="00795906"/>
    <w:rsid w:val="00796D89"/>
    <w:rsid w:val="00797A14"/>
    <w:rsid w:val="00797C40"/>
    <w:rsid w:val="007A0612"/>
    <w:rsid w:val="007A14CE"/>
    <w:rsid w:val="007A19DC"/>
    <w:rsid w:val="007A386C"/>
    <w:rsid w:val="007A3BB5"/>
    <w:rsid w:val="007A4513"/>
    <w:rsid w:val="007A4D28"/>
    <w:rsid w:val="007B15BA"/>
    <w:rsid w:val="007B60EE"/>
    <w:rsid w:val="007B61A5"/>
    <w:rsid w:val="007B7302"/>
    <w:rsid w:val="007C2247"/>
    <w:rsid w:val="007C528A"/>
    <w:rsid w:val="007C5D4D"/>
    <w:rsid w:val="007C6B99"/>
    <w:rsid w:val="007D19CC"/>
    <w:rsid w:val="007D30E1"/>
    <w:rsid w:val="007D407B"/>
    <w:rsid w:val="007D6BA0"/>
    <w:rsid w:val="007E046F"/>
    <w:rsid w:val="007E07F7"/>
    <w:rsid w:val="007E169D"/>
    <w:rsid w:val="007E1C91"/>
    <w:rsid w:val="007E2555"/>
    <w:rsid w:val="007E7136"/>
    <w:rsid w:val="007E7DE0"/>
    <w:rsid w:val="007F25EE"/>
    <w:rsid w:val="007F4AA9"/>
    <w:rsid w:val="007F4C67"/>
    <w:rsid w:val="007F6737"/>
    <w:rsid w:val="0080199E"/>
    <w:rsid w:val="00804486"/>
    <w:rsid w:val="00806D19"/>
    <w:rsid w:val="00807FF5"/>
    <w:rsid w:val="00811171"/>
    <w:rsid w:val="0081624D"/>
    <w:rsid w:val="00817C3A"/>
    <w:rsid w:val="00822881"/>
    <w:rsid w:val="00823391"/>
    <w:rsid w:val="00823C93"/>
    <w:rsid w:val="00824BBE"/>
    <w:rsid w:val="0082684D"/>
    <w:rsid w:val="008273A5"/>
    <w:rsid w:val="008274F3"/>
    <w:rsid w:val="0082797F"/>
    <w:rsid w:val="00830569"/>
    <w:rsid w:val="00831A36"/>
    <w:rsid w:val="00832280"/>
    <w:rsid w:val="00833480"/>
    <w:rsid w:val="00833812"/>
    <w:rsid w:val="00836345"/>
    <w:rsid w:val="00836F96"/>
    <w:rsid w:val="00841CCB"/>
    <w:rsid w:val="00841FBB"/>
    <w:rsid w:val="008434B6"/>
    <w:rsid w:val="00850A36"/>
    <w:rsid w:val="0085465D"/>
    <w:rsid w:val="00856218"/>
    <w:rsid w:val="00857237"/>
    <w:rsid w:val="00860560"/>
    <w:rsid w:val="00860F5D"/>
    <w:rsid w:val="00862CE1"/>
    <w:rsid w:val="00865B48"/>
    <w:rsid w:val="00867355"/>
    <w:rsid w:val="008703A4"/>
    <w:rsid w:val="00870BCE"/>
    <w:rsid w:val="008738D1"/>
    <w:rsid w:val="00874879"/>
    <w:rsid w:val="00875299"/>
    <w:rsid w:val="008754E6"/>
    <w:rsid w:val="0088243E"/>
    <w:rsid w:val="00884C3E"/>
    <w:rsid w:val="00885073"/>
    <w:rsid w:val="00886A0B"/>
    <w:rsid w:val="00886F53"/>
    <w:rsid w:val="00891675"/>
    <w:rsid w:val="0089438E"/>
    <w:rsid w:val="00894D26"/>
    <w:rsid w:val="008A44AC"/>
    <w:rsid w:val="008A751E"/>
    <w:rsid w:val="008A7B1A"/>
    <w:rsid w:val="008B57E2"/>
    <w:rsid w:val="008B6ACC"/>
    <w:rsid w:val="008B6E04"/>
    <w:rsid w:val="008C07F6"/>
    <w:rsid w:val="008C1B13"/>
    <w:rsid w:val="008C37A5"/>
    <w:rsid w:val="008C5215"/>
    <w:rsid w:val="008C658A"/>
    <w:rsid w:val="008D2E34"/>
    <w:rsid w:val="008D3251"/>
    <w:rsid w:val="008D3749"/>
    <w:rsid w:val="008D3C5C"/>
    <w:rsid w:val="008D6BD4"/>
    <w:rsid w:val="008F4735"/>
    <w:rsid w:val="008F4E2A"/>
    <w:rsid w:val="008F4E44"/>
    <w:rsid w:val="00900095"/>
    <w:rsid w:val="00901E93"/>
    <w:rsid w:val="009022D4"/>
    <w:rsid w:val="0090244C"/>
    <w:rsid w:val="00906E07"/>
    <w:rsid w:val="0091351D"/>
    <w:rsid w:val="00915097"/>
    <w:rsid w:val="00915783"/>
    <w:rsid w:val="0092162A"/>
    <w:rsid w:val="00922B46"/>
    <w:rsid w:val="00923173"/>
    <w:rsid w:val="00923A72"/>
    <w:rsid w:val="00931FE1"/>
    <w:rsid w:val="009339BE"/>
    <w:rsid w:val="00934BCB"/>
    <w:rsid w:val="00935245"/>
    <w:rsid w:val="00935BD5"/>
    <w:rsid w:val="00935E6E"/>
    <w:rsid w:val="009369B0"/>
    <w:rsid w:val="00940F3E"/>
    <w:rsid w:val="00943DC6"/>
    <w:rsid w:val="009468B0"/>
    <w:rsid w:val="00947420"/>
    <w:rsid w:val="00951353"/>
    <w:rsid w:val="00952A82"/>
    <w:rsid w:val="009532E5"/>
    <w:rsid w:val="009540C9"/>
    <w:rsid w:val="00956B2D"/>
    <w:rsid w:val="00957EF7"/>
    <w:rsid w:val="009606B9"/>
    <w:rsid w:val="00960C28"/>
    <w:rsid w:val="00964693"/>
    <w:rsid w:val="00967506"/>
    <w:rsid w:val="009676DA"/>
    <w:rsid w:val="00967737"/>
    <w:rsid w:val="00971FC9"/>
    <w:rsid w:val="00972147"/>
    <w:rsid w:val="00977632"/>
    <w:rsid w:val="00981553"/>
    <w:rsid w:val="00982853"/>
    <w:rsid w:val="009845E0"/>
    <w:rsid w:val="00990E3B"/>
    <w:rsid w:val="00993883"/>
    <w:rsid w:val="00993AB6"/>
    <w:rsid w:val="009944A0"/>
    <w:rsid w:val="00994708"/>
    <w:rsid w:val="00994E08"/>
    <w:rsid w:val="00996BE4"/>
    <w:rsid w:val="0099773B"/>
    <w:rsid w:val="009A1BC5"/>
    <w:rsid w:val="009A1F09"/>
    <w:rsid w:val="009A5429"/>
    <w:rsid w:val="009B44B7"/>
    <w:rsid w:val="009B543B"/>
    <w:rsid w:val="009B7BFA"/>
    <w:rsid w:val="009C05F7"/>
    <w:rsid w:val="009C12F9"/>
    <w:rsid w:val="009C15F9"/>
    <w:rsid w:val="009C192A"/>
    <w:rsid w:val="009C1DE4"/>
    <w:rsid w:val="009C4A46"/>
    <w:rsid w:val="009C5747"/>
    <w:rsid w:val="009C6B02"/>
    <w:rsid w:val="009C7857"/>
    <w:rsid w:val="009D0CE1"/>
    <w:rsid w:val="009D2940"/>
    <w:rsid w:val="009D34BC"/>
    <w:rsid w:val="009D5162"/>
    <w:rsid w:val="009E05D5"/>
    <w:rsid w:val="009E1167"/>
    <w:rsid w:val="009E4BD2"/>
    <w:rsid w:val="009E578C"/>
    <w:rsid w:val="009E674F"/>
    <w:rsid w:val="009E72BB"/>
    <w:rsid w:val="009F09A2"/>
    <w:rsid w:val="009F255C"/>
    <w:rsid w:val="009F40E9"/>
    <w:rsid w:val="009F7887"/>
    <w:rsid w:val="009F79A4"/>
    <w:rsid w:val="00A0066B"/>
    <w:rsid w:val="00A006F4"/>
    <w:rsid w:val="00A10045"/>
    <w:rsid w:val="00A16B45"/>
    <w:rsid w:val="00A17DC2"/>
    <w:rsid w:val="00A23012"/>
    <w:rsid w:val="00A232FE"/>
    <w:rsid w:val="00A24140"/>
    <w:rsid w:val="00A24452"/>
    <w:rsid w:val="00A27F67"/>
    <w:rsid w:val="00A31CF8"/>
    <w:rsid w:val="00A344A5"/>
    <w:rsid w:val="00A3549D"/>
    <w:rsid w:val="00A37851"/>
    <w:rsid w:val="00A433F1"/>
    <w:rsid w:val="00A466EE"/>
    <w:rsid w:val="00A4774B"/>
    <w:rsid w:val="00A532E8"/>
    <w:rsid w:val="00A53877"/>
    <w:rsid w:val="00A55243"/>
    <w:rsid w:val="00A56981"/>
    <w:rsid w:val="00A5707A"/>
    <w:rsid w:val="00A60578"/>
    <w:rsid w:val="00A61BEF"/>
    <w:rsid w:val="00A63994"/>
    <w:rsid w:val="00A65EF1"/>
    <w:rsid w:val="00A66B56"/>
    <w:rsid w:val="00A66B77"/>
    <w:rsid w:val="00A70DF4"/>
    <w:rsid w:val="00A73088"/>
    <w:rsid w:val="00A759B9"/>
    <w:rsid w:val="00A7647A"/>
    <w:rsid w:val="00A767FD"/>
    <w:rsid w:val="00A80C1E"/>
    <w:rsid w:val="00A85E55"/>
    <w:rsid w:val="00A87939"/>
    <w:rsid w:val="00A912C3"/>
    <w:rsid w:val="00A95098"/>
    <w:rsid w:val="00A95CD8"/>
    <w:rsid w:val="00AA1266"/>
    <w:rsid w:val="00AA1D8D"/>
    <w:rsid w:val="00AA2E87"/>
    <w:rsid w:val="00AA66ED"/>
    <w:rsid w:val="00AA725D"/>
    <w:rsid w:val="00AB2DDB"/>
    <w:rsid w:val="00AB2FA1"/>
    <w:rsid w:val="00AB39E0"/>
    <w:rsid w:val="00AB6E9A"/>
    <w:rsid w:val="00AC7A50"/>
    <w:rsid w:val="00AD01A0"/>
    <w:rsid w:val="00AD79B1"/>
    <w:rsid w:val="00AD7AF3"/>
    <w:rsid w:val="00AE1541"/>
    <w:rsid w:val="00AE46C7"/>
    <w:rsid w:val="00AF0210"/>
    <w:rsid w:val="00AF0C9E"/>
    <w:rsid w:val="00AF3C34"/>
    <w:rsid w:val="00AF4A0A"/>
    <w:rsid w:val="00AF766A"/>
    <w:rsid w:val="00B00EDF"/>
    <w:rsid w:val="00B01DB3"/>
    <w:rsid w:val="00B02C60"/>
    <w:rsid w:val="00B11D8A"/>
    <w:rsid w:val="00B12AD8"/>
    <w:rsid w:val="00B15723"/>
    <w:rsid w:val="00B15F6D"/>
    <w:rsid w:val="00B17C62"/>
    <w:rsid w:val="00B200A2"/>
    <w:rsid w:val="00B217FC"/>
    <w:rsid w:val="00B24778"/>
    <w:rsid w:val="00B25794"/>
    <w:rsid w:val="00B25E39"/>
    <w:rsid w:val="00B269FE"/>
    <w:rsid w:val="00B2747A"/>
    <w:rsid w:val="00B31A5F"/>
    <w:rsid w:val="00B431B7"/>
    <w:rsid w:val="00B445E6"/>
    <w:rsid w:val="00B453FA"/>
    <w:rsid w:val="00B45C0C"/>
    <w:rsid w:val="00B47730"/>
    <w:rsid w:val="00B536D2"/>
    <w:rsid w:val="00B53BAF"/>
    <w:rsid w:val="00B5606B"/>
    <w:rsid w:val="00B57620"/>
    <w:rsid w:val="00B578C8"/>
    <w:rsid w:val="00B57B52"/>
    <w:rsid w:val="00B605CA"/>
    <w:rsid w:val="00B61DB4"/>
    <w:rsid w:val="00B61E20"/>
    <w:rsid w:val="00B631F5"/>
    <w:rsid w:val="00B64206"/>
    <w:rsid w:val="00B66955"/>
    <w:rsid w:val="00B7263F"/>
    <w:rsid w:val="00B72C47"/>
    <w:rsid w:val="00B73269"/>
    <w:rsid w:val="00B753D3"/>
    <w:rsid w:val="00B75B1A"/>
    <w:rsid w:val="00B830CD"/>
    <w:rsid w:val="00B85F2E"/>
    <w:rsid w:val="00B85F9A"/>
    <w:rsid w:val="00B869AD"/>
    <w:rsid w:val="00B9165D"/>
    <w:rsid w:val="00B919CA"/>
    <w:rsid w:val="00B934E0"/>
    <w:rsid w:val="00B93FAC"/>
    <w:rsid w:val="00BA09DA"/>
    <w:rsid w:val="00BA0C56"/>
    <w:rsid w:val="00BA12DB"/>
    <w:rsid w:val="00BA1A41"/>
    <w:rsid w:val="00BA41E5"/>
    <w:rsid w:val="00BA7609"/>
    <w:rsid w:val="00BB622E"/>
    <w:rsid w:val="00BB67DF"/>
    <w:rsid w:val="00BB6955"/>
    <w:rsid w:val="00BB6CA1"/>
    <w:rsid w:val="00BC32B8"/>
    <w:rsid w:val="00BC5A21"/>
    <w:rsid w:val="00BD01CC"/>
    <w:rsid w:val="00BD2291"/>
    <w:rsid w:val="00BD28D2"/>
    <w:rsid w:val="00BD43F2"/>
    <w:rsid w:val="00BE0D10"/>
    <w:rsid w:val="00BE2543"/>
    <w:rsid w:val="00BE2794"/>
    <w:rsid w:val="00BE4371"/>
    <w:rsid w:val="00BE7DC4"/>
    <w:rsid w:val="00BF19D9"/>
    <w:rsid w:val="00BF354E"/>
    <w:rsid w:val="00BF3AB4"/>
    <w:rsid w:val="00BF492D"/>
    <w:rsid w:val="00C00C0D"/>
    <w:rsid w:val="00C02876"/>
    <w:rsid w:val="00C0417B"/>
    <w:rsid w:val="00C04409"/>
    <w:rsid w:val="00C044AE"/>
    <w:rsid w:val="00C0597D"/>
    <w:rsid w:val="00C06A0B"/>
    <w:rsid w:val="00C07DAA"/>
    <w:rsid w:val="00C11582"/>
    <w:rsid w:val="00C14AAD"/>
    <w:rsid w:val="00C1584C"/>
    <w:rsid w:val="00C16905"/>
    <w:rsid w:val="00C172FE"/>
    <w:rsid w:val="00C17840"/>
    <w:rsid w:val="00C2022F"/>
    <w:rsid w:val="00C209EA"/>
    <w:rsid w:val="00C223F6"/>
    <w:rsid w:val="00C23143"/>
    <w:rsid w:val="00C30F39"/>
    <w:rsid w:val="00C313F6"/>
    <w:rsid w:val="00C33081"/>
    <w:rsid w:val="00C33D06"/>
    <w:rsid w:val="00C35A43"/>
    <w:rsid w:val="00C454D1"/>
    <w:rsid w:val="00C472D3"/>
    <w:rsid w:val="00C47C77"/>
    <w:rsid w:val="00C50018"/>
    <w:rsid w:val="00C5056D"/>
    <w:rsid w:val="00C51576"/>
    <w:rsid w:val="00C52350"/>
    <w:rsid w:val="00C528B8"/>
    <w:rsid w:val="00C5683B"/>
    <w:rsid w:val="00C62556"/>
    <w:rsid w:val="00C72B0A"/>
    <w:rsid w:val="00C73219"/>
    <w:rsid w:val="00C7451B"/>
    <w:rsid w:val="00C753B4"/>
    <w:rsid w:val="00C8409E"/>
    <w:rsid w:val="00C85D02"/>
    <w:rsid w:val="00C900AA"/>
    <w:rsid w:val="00C92D40"/>
    <w:rsid w:val="00C944D9"/>
    <w:rsid w:val="00C95026"/>
    <w:rsid w:val="00C97E03"/>
    <w:rsid w:val="00C97F41"/>
    <w:rsid w:val="00CA34F0"/>
    <w:rsid w:val="00CA3FDB"/>
    <w:rsid w:val="00CB05D7"/>
    <w:rsid w:val="00CB0664"/>
    <w:rsid w:val="00CB1199"/>
    <w:rsid w:val="00CB57D4"/>
    <w:rsid w:val="00CB6510"/>
    <w:rsid w:val="00CC1B4F"/>
    <w:rsid w:val="00CC3000"/>
    <w:rsid w:val="00CC3B2D"/>
    <w:rsid w:val="00CC4329"/>
    <w:rsid w:val="00CC47B3"/>
    <w:rsid w:val="00CC566A"/>
    <w:rsid w:val="00CD33E3"/>
    <w:rsid w:val="00CD4C54"/>
    <w:rsid w:val="00CD56E7"/>
    <w:rsid w:val="00CE172D"/>
    <w:rsid w:val="00CE3A17"/>
    <w:rsid w:val="00CF24D6"/>
    <w:rsid w:val="00CF27A0"/>
    <w:rsid w:val="00CF3A19"/>
    <w:rsid w:val="00CF414A"/>
    <w:rsid w:val="00CF7F33"/>
    <w:rsid w:val="00D01B16"/>
    <w:rsid w:val="00D03BAB"/>
    <w:rsid w:val="00D05D9B"/>
    <w:rsid w:val="00D0651E"/>
    <w:rsid w:val="00D06540"/>
    <w:rsid w:val="00D07A09"/>
    <w:rsid w:val="00D1300A"/>
    <w:rsid w:val="00D131F9"/>
    <w:rsid w:val="00D145AE"/>
    <w:rsid w:val="00D145D8"/>
    <w:rsid w:val="00D22603"/>
    <w:rsid w:val="00D24D38"/>
    <w:rsid w:val="00D25BFB"/>
    <w:rsid w:val="00D2614D"/>
    <w:rsid w:val="00D27B08"/>
    <w:rsid w:val="00D27E62"/>
    <w:rsid w:val="00D30AA5"/>
    <w:rsid w:val="00D310C6"/>
    <w:rsid w:val="00D310EC"/>
    <w:rsid w:val="00D331BD"/>
    <w:rsid w:val="00D3406F"/>
    <w:rsid w:val="00D355CB"/>
    <w:rsid w:val="00D3656B"/>
    <w:rsid w:val="00D36A23"/>
    <w:rsid w:val="00D40F7C"/>
    <w:rsid w:val="00D430B5"/>
    <w:rsid w:val="00D432A3"/>
    <w:rsid w:val="00D52CF0"/>
    <w:rsid w:val="00D54C3C"/>
    <w:rsid w:val="00D55EE8"/>
    <w:rsid w:val="00D65332"/>
    <w:rsid w:val="00D65F00"/>
    <w:rsid w:val="00D662C8"/>
    <w:rsid w:val="00D66916"/>
    <w:rsid w:val="00D6697B"/>
    <w:rsid w:val="00D72D44"/>
    <w:rsid w:val="00D73892"/>
    <w:rsid w:val="00D761B3"/>
    <w:rsid w:val="00D80F5A"/>
    <w:rsid w:val="00D81C00"/>
    <w:rsid w:val="00D83012"/>
    <w:rsid w:val="00D92841"/>
    <w:rsid w:val="00D92D31"/>
    <w:rsid w:val="00D9715C"/>
    <w:rsid w:val="00DA2D79"/>
    <w:rsid w:val="00DA7CB3"/>
    <w:rsid w:val="00DB537D"/>
    <w:rsid w:val="00DB723D"/>
    <w:rsid w:val="00DC0076"/>
    <w:rsid w:val="00DC14A8"/>
    <w:rsid w:val="00DC4AFB"/>
    <w:rsid w:val="00DC50C1"/>
    <w:rsid w:val="00DC5709"/>
    <w:rsid w:val="00DC79D9"/>
    <w:rsid w:val="00DD0E5C"/>
    <w:rsid w:val="00DD1EDA"/>
    <w:rsid w:val="00DD26B3"/>
    <w:rsid w:val="00DD335A"/>
    <w:rsid w:val="00DD4551"/>
    <w:rsid w:val="00DE1E25"/>
    <w:rsid w:val="00DE1F3E"/>
    <w:rsid w:val="00DE2C6F"/>
    <w:rsid w:val="00DE4E07"/>
    <w:rsid w:val="00DF46D4"/>
    <w:rsid w:val="00DF5B37"/>
    <w:rsid w:val="00DF784E"/>
    <w:rsid w:val="00E0174E"/>
    <w:rsid w:val="00E026DB"/>
    <w:rsid w:val="00E037FB"/>
    <w:rsid w:val="00E03F88"/>
    <w:rsid w:val="00E050A0"/>
    <w:rsid w:val="00E07B35"/>
    <w:rsid w:val="00E11CB9"/>
    <w:rsid w:val="00E1312E"/>
    <w:rsid w:val="00E14A97"/>
    <w:rsid w:val="00E14F16"/>
    <w:rsid w:val="00E16EE3"/>
    <w:rsid w:val="00E1781E"/>
    <w:rsid w:val="00E237B5"/>
    <w:rsid w:val="00E30198"/>
    <w:rsid w:val="00E31386"/>
    <w:rsid w:val="00E4023C"/>
    <w:rsid w:val="00E415B6"/>
    <w:rsid w:val="00E52118"/>
    <w:rsid w:val="00E54676"/>
    <w:rsid w:val="00E560CB"/>
    <w:rsid w:val="00E57776"/>
    <w:rsid w:val="00E6184F"/>
    <w:rsid w:val="00E65533"/>
    <w:rsid w:val="00E65DE9"/>
    <w:rsid w:val="00E66E46"/>
    <w:rsid w:val="00E67EEC"/>
    <w:rsid w:val="00E7164D"/>
    <w:rsid w:val="00E72293"/>
    <w:rsid w:val="00E74A3B"/>
    <w:rsid w:val="00E75B9B"/>
    <w:rsid w:val="00E809F1"/>
    <w:rsid w:val="00E809FA"/>
    <w:rsid w:val="00E81102"/>
    <w:rsid w:val="00E8328D"/>
    <w:rsid w:val="00E85EBC"/>
    <w:rsid w:val="00E85EE2"/>
    <w:rsid w:val="00E863F3"/>
    <w:rsid w:val="00E8735B"/>
    <w:rsid w:val="00E906E4"/>
    <w:rsid w:val="00E90A8A"/>
    <w:rsid w:val="00E90FD4"/>
    <w:rsid w:val="00E92E64"/>
    <w:rsid w:val="00E92FDA"/>
    <w:rsid w:val="00E96988"/>
    <w:rsid w:val="00EA399B"/>
    <w:rsid w:val="00EA6029"/>
    <w:rsid w:val="00EB0032"/>
    <w:rsid w:val="00EB2DE9"/>
    <w:rsid w:val="00EB34AD"/>
    <w:rsid w:val="00EB54AA"/>
    <w:rsid w:val="00EB6C3E"/>
    <w:rsid w:val="00EB7652"/>
    <w:rsid w:val="00EC03A5"/>
    <w:rsid w:val="00EC1B9B"/>
    <w:rsid w:val="00EC3FE2"/>
    <w:rsid w:val="00EC446D"/>
    <w:rsid w:val="00EC5B5B"/>
    <w:rsid w:val="00ED139A"/>
    <w:rsid w:val="00ED1AC1"/>
    <w:rsid w:val="00ED1EBE"/>
    <w:rsid w:val="00ED33B0"/>
    <w:rsid w:val="00ED3B2F"/>
    <w:rsid w:val="00ED5F23"/>
    <w:rsid w:val="00EE16C1"/>
    <w:rsid w:val="00EE2737"/>
    <w:rsid w:val="00EE3115"/>
    <w:rsid w:val="00EE4DDE"/>
    <w:rsid w:val="00EE5A2D"/>
    <w:rsid w:val="00EE761C"/>
    <w:rsid w:val="00EE7DAC"/>
    <w:rsid w:val="00EF3C67"/>
    <w:rsid w:val="00EF4BE9"/>
    <w:rsid w:val="00EF6961"/>
    <w:rsid w:val="00EF6DDE"/>
    <w:rsid w:val="00F023B2"/>
    <w:rsid w:val="00F0465F"/>
    <w:rsid w:val="00F10D26"/>
    <w:rsid w:val="00F10FE9"/>
    <w:rsid w:val="00F11E09"/>
    <w:rsid w:val="00F1205D"/>
    <w:rsid w:val="00F12D42"/>
    <w:rsid w:val="00F148DB"/>
    <w:rsid w:val="00F175DF"/>
    <w:rsid w:val="00F22D45"/>
    <w:rsid w:val="00F22F46"/>
    <w:rsid w:val="00F23061"/>
    <w:rsid w:val="00F31A57"/>
    <w:rsid w:val="00F32549"/>
    <w:rsid w:val="00F33B04"/>
    <w:rsid w:val="00F378C8"/>
    <w:rsid w:val="00F43379"/>
    <w:rsid w:val="00F4581D"/>
    <w:rsid w:val="00F47080"/>
    <w:rsid w:val="00F50E84"/>
    <w:rsid w:val="00F51144"/>
    <w:rsid w:val="00F51C84"/>
    <w:rsid w:val="00F5234E"/>
    <w:rsid w:val="00F52BF6"/>
    <w:rsid w:val="00F532BD"/>
    <w:rsid w:val="00F54902"/>
    <w:rsid w:val="00F62042"/>
    <w:rsid w:val="00F634EE"/>
    <w:rsid w:val="00F638E9"/>
    <w:rsid w:val="00F75BBE"/>
    <w:rsid w:val="00F75CAA"/>
    <w:rsid w:val="00F75D00"/>
    <w:rsid w:val="00F76A85"/>
    <w:rsid w:val="00F8664A"/>
    <w:rsid w:val="00F918A5"/>
    <w:rsid w:val="00F93FA8"/>
    <w:rsid w:val="00F95B73"/>
    <w:rsid w:val="00FA5899"/>
    <w:rsid w:val="00FA64A8"/>
    <w:rsid w:val="00FA6B38"/>
    <w:rsid w:val="00FB09E9"/>
    <w:rsid w:val="00FB1EC8"/>
    <w:rsid w:val="00FB1F7C"/>
    <w:rsid w:val="00FB6923"/>
    <w:rsid w:val="00FC05F0"/>
    <w:rsid w:val="00FC693F"/>
    <w:rsid w:val="00FC77DF"/>
    <w:rsid w:val="00FC7FAE"/>
    <w:rsid w:val="00FD09D6"/>
    <w:rsid w:val="00FD15AA"/>
    <w:rsid w:val="00FD605A"/>
    <w:rsid w:val="00FD64A1"/>
    <w:rsid w:val="00FE1285"/>
    <w:rsid w:val="00FE6895"/>
    <w:rsid w:val="00FE78B3"/>
    <w:rsid w:val="00FF47B1"/>
    <w:rsid w:val="00FF4E3B"/>
    <w:rsid w:val="00FF5A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1A1DCD9"/>
  <w14:defaultImageDpi w14:val="330"/>
  <w15:docId w15:val="{2E04B331-886B-4855-9167-EA30C53AD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rPr>
      <w:noProof/>
      <w:sz w:val="24"/>
      <w:lang w:val="de-DE"/>
    </w:rPr>
  </w:style>
  <w:style w:type="paragraph" w:styleId="berschrift1">
    <w:name w:val="heading 1"/>
    <w:basedOn w:val="Standard"/>
    <w:next w:val="Standard"/>
    <w:link w:val="berschrift1Zch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Absatz-Standardschriftart"/>
    <w:uiPriority w:val="99"/>
    <w:unhideWhenUsed/>
    <w:rsid w:val="0005255B"/>
    <w:rPr>
      <w:color w:val="0000FF" w:themeColor="hyperlink"/>
      <w:u w:val="single"/>
    </w:rPr>
  </w:style>
  <w:style w:type="character" w:styleId="NichtaufgelsteErwhnung">
    <w:name w:val="Unresolved Mention"/>
    <w:basedOn w:val="Absatz-Standardschriftart"/>
    <w:uiPriority w:val="99"/>
    <w:semiHidden/>
    <w:unhideWhenUsed/>
    <w:rsid w:val="0005255B"/>
    <w:rPr>
      <w:color w:val="605E5C"/>
      <w:shd w:val="clear" w:color="auto" w:fill="E1DFDD"/>
    </w:rPr>
  </w:style>
  <w:style w:type="character" w:styleId="BesuchterLink">
    <w:name w:val="FollowedHyperlink"/>
    <w:basedOn w:val="Absatz-Standardschriftart"/>
    <w:uiPriority w:val="99"/>
    <w:semiHidden/>
    <w:unhideWhenUsed/>
    <w:rsid w:val="0005255B"/>
    <w:rPr>
      <w:color w:val="800080" w:themeColor="followedHyperlink"/>
      <w:u w:val="single"/>
    </w:rPr>
  </w:style>
  <w:style w:type="character" w:styleId="Kommentarzeichen">
    <w:name w:val="annotation reference"/>
    <w:basedOn w:val="Absatz-Standardschriftart"/>
    <w:uiPriority w:val="99"/>
    <w:semiHidden/>
    <w:unhideWhenUsed/>
    <w:rsid w:val="005C5C32"/>
    <w:rPr>
      <w:sz w:val="16"/>
      <w:szCs w:val="16"/>
    </w:rPr>
  </w:style>
  <w:style w:type="paragraph" w:styleId="Kommentartext">
    <w:name w:val="annotation text"/>
    <w:basedOn w:val="Standard"/>
    <w:link w:val="KommentartextZchn"/>
    <w:uiPriority w:val="99"/>
    <w:unhideWhenUsed/>
    <w:rsid w:val="005C5C32"/>
    <w:pPr>
      <w:spacing w:line="240" w:lineRule="auto"/>
    </w:pPr>
    <w:rPr>
      <w:sz w:val="20"/>
      <w:szCs w:val="20"/>
    </w:rPr>
  </w:style>
  <w:style w:type="character" w:customStyle="1" w:styleId="KommentartextZchn">
    <w:name w:val="Kommentartext Zchn"/>
    <w:basedOn w:val="Absatz-Standardschriftart"/>
    <w:link w:val="Kommentartext"/>
    <w:uiPriority w:val="99"/>
    <w:rsid w:val="005C5C32"/>
    <w:rPr>
      <w:noProof/>
      <w:sz w:val="20"/>
      <w:szCs w:val="20"/>
      <w:lang w:val="de-DE"/>
    </w:rPr>
  </w:style>
  <w:style w:type="paragraph" w:styleId="Kommentarthema">
    <w:name w:val="annotation subject"/>
    <w:basedOn w:val="Kommentartext"/>
    <w:next w:val="Kommentartext"/>
    <w:link w:val="KommentarthemaZchn"/>
    <w:uiPriority w:val="99"/>
    <w:semiHidden/>
    <w:unhideWhenUsed/>
    <w:rsid w:val="005C5C32"/>
    <w:rPr>
      <w:b/>
      <w:bCs/>
    </w:rPr>
  </w:style>
  <w:style w:type="character" w:customStyle="1" w:styleId="KommentarthemaZchn">
    <w:name w:val="Kommentarthema Zchn"/>
    <w:basedOn w:val="KommentartextZchn"/>
    <w:link w:val="Kommentarthema"/>
    <w:uiPriority w:val="99"/>
    <w:semiHidden/>
    <w:rsid w:val="005C5C32"/>
    <w:rPr>
      <w:b/>
      <w:bCs/>
      <w:noProof/>
      <w:sz w:val="20"/>
      <w:szCs w:val="20"/>
      <w:lang w:val="de-DE"/>
    </w:rPr>
  </w:style>
  <w:style w:type="paragraph" w:styleId="berarbeitung">
    <w:name w:val="Revision"/>
    <w:hidden/>
    <w:uiPriority w:val="99"/>
    <w:semiHidden/>
    <w:rsid w:val="005C5C32"/>
    <w:pPr>
      <w:spacing w:after="0" w:line="240" w:lineRule="auto"/>
    </w:pPr>
    <w:rPr>
      <w:noProof/>
      <w:sz w:val="24"/>
      <w:lang w:val="de-DE"/>
    </w:rPr>
  </w:style>
  <w:style w:type="paragraph" w:styleId="NurText">
    <w:name w:val="Plain Text"/>
    <w:basedOn w:val="Standard"/>
    <w:link w:val="NurTextZchn"/>
    <w:uiPriority w:val="99"/>
    <w:unhideWhenUsed/>
    <w:qFormat/>
    <w:rsid w:val="00860560"/>
    <w:pPr>
      <w:spacing w:after="0" w:line="240" w:lineRule="auto"/>
    </w:pPr>
    <w:rPr>
      <w:rFonts w:ascii="Calibri" w:eastAsiaTheme="minorHAnsi" w:hAnsi="Calibri"/>
      <w:noProof w:val="0"/>
      <w:sz w:val="22"/>
      <w:szCs w:val="21"/>
      <w:u w:color="000000"/>
    </w:rPr>
  </w:style>
  <w:style w:type="character" w:customStyle="1" w:styleId="NurTextZchn">
    <w:name w:val="Nur Text Zchn"/>
    <w:basedOn w:val="Absatz-Standardschriftart"/>
    <w:link w:val="NurText"/>
    <w:uiPriority w:val="99"/>
    <w:qFormat/>
    <w:rsid w:val="00860560"/>
    <w:rPr>
      <w:rFonts w:ascii="Calibri" w:eastAsiaTheme="minorHAnsi" w:hAnsi="Calibri"/>
      <w:szCs w:val="21"/>
      <w:u w:color="00000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omepage.uni-graz.at/de/julia.hoydis/startseite/" TargetMode="External"/><Relationship Id="rId13" Type="http://schemas.openxmlformats.org/officeDocument/2006/relationships/hyperlink" Target="mailto:julia.hoydis@uni-graz.at"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cilog.fwf.ac.at" TargetMode="External"/><Relationship Id="rId17" Type="http://schemas.openxmlformats.org/officeDocument/2006/relationships/hyperlink" Target="https://www.fwf.ac.at/social-media-directory" TargetMode="External"/><Relationship Id="rId2" Type="http://schemas.openxmlformats.org/officeDocument/2006/relationships/numbering" Target="numbering.xml"/><Relationship Id="rId16" Type="http://schemas.openxmlformats.org/officeDocument/2006/relationships/hyperlink" Target="https://scilog.fwf.ac.a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nlinelibrary.wiley.com/doi/10.1002/fhu2.70008" TargetMode="External"/><Relationship Id="rId5" Type="http://schemas.openxmlformats.org/officeDocument/2006/relationships/webSettings" Target="webSettings.xml"/><Relationship Id="rId15" Type="http://schemas.openxmlformats.org/officeDocument/2006/relationships/hyperlink" Target="mailto:ingrid.ladner@fwf.ac.at" TargetMode="External"/><Relationship Id="rId10" Type="http://schemas.openxmlformats.org/officeDocument/2006/relationships/hyperlink" Target="https://www.degruyterbrill.com/de/document/doi/10.1515/ang-2026-0001/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gewi.uni-graz.at/en/unsere-forschung/drittmittelprojekte/drittmittelprojekte-2024/just-futures-approaching-cultural-climate-models/" TargetMode="External"/><Relationship Id="rId14" Type="http://schemas.openxmlformats.org/officeDocument/2006/relationships/hyperlink" Target="https://www.uni-graz.at/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1470</Words>
  <Characters>9263</Characters>
  <Application>Microsoft Office Word</Application>
  <DocSecurity>0</DocSecurity>
  <Lines>77</Lines>
  <Paragraphs>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10712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Ladner, Ingrid</cp:lastModifiedBy>
  <cp:revision>26</cp:revision>
  <cp:lastPrinted>2026-07-14T13:53:00Z</cp:lastPrinted>
  <dcterms:created xsi:type="dcterms:W3CDTF">2026-07-15T09:37:00Z</dcterms:created>
  <dcterms:modified xsi:type="dcterms:W3CDTF">2026-07-31T10:14:00Z</dcterms:modified>
  <cp:category/>
</cp:coreProperties>
</file>